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9737AF" w14:textId="7E7E65B9" w:rsidR="000A22B0" w:rsidRPr="00334745" w:rsidRDefault="00F91193">
      <w:pPr>
        <w:jc w:val="center"/>
        <w:rPr>
          <w:rFonts w:ascii="Times New Roman" w:hAnsi="Times New Roman" w:cs="Times New Roman"/>
          <w:color w:val="000000" w:themeColor="text1"/>
          <w:sz w:val="22"/>
        </w:rPr>
      </w:pPr>
      <w:r w:rsidRPr="00334745">
        <w:rPr>
          <w:rFonts w:ascii="Times New Roman" w:hAnsi="Times New Roman" w:cs="Times New Roman"/>
          <w:b/>
          <w:color w:val="000000" w:themeColor="text1"/>
          <w:sz w:val="22"/>
        </w:rPr>
        <w:t>İSTANBUL YENİ YÜZYIL ÜNİVERSİTESİ</w:t>
      </w:r>
    </w:p>
    <w:p w14:paraId="423FEB0C" w14:textId="77777777" w:rsidR="000A22B0" w:rsidRDefault="00F91193">
      <w:pPr>
        <w:jc w:val="center"/>
        <w:rPr>
          <w:rFonts w:ascii="Times New Roman" w:hAnsi="Times New Roman" w:cs="Times New Roman"/>
          <w:b/>
          <w:color w:val="000000" w:themeColor="text1"/>
          <w:sz w:val="22"/>
        </w:rPr>
      </w:pPr>
      <w:r w:rsidRPr="00334745">
        <w:rPr>
          <w:rFonts w:ascii="Times New Roman" w:hAnsi="Times New Roman" w:cs="Times New Roman"/>
          <w:b/>
          <w:color w:val="000000" w:themeColor="text1"/>
          <w:sz w:val="22"/>
        </w:rPr>
        <w:t>İKTİSADİ VE İDARİ BİLİMLER FAKÜLTESİ</w:t>
      </w:r>
    </w:p>
    <w:p w14:paraId="646C5349" w14:textId="0702E0EC" w:rsidR="00C75762" w:rsidRPr="00334745" w:rsidRDefault="00C75762">
      <w:pPr>
        <w:jc w:val="center"/>
        <w:rPr>
          <w:rFonts w:ascii="Times New Roman" w:hAnsi="Times New Roman" w:cs="Times New Roman"/>
          <w:color w:val="000000" w:themeColor="text1"/>
          <w:sz w:val="22"/>
        </w:rPr>
      </w:pPr>
      <w:r>
        <w:rPr>
          <w:rFonts w:ascii="Times New Roman" w:hAnsi="Times New Roman" w:cs="Times New Roman"/>
          <w:b/>
          <w:color w:val="000000" w:themeColor="text1"/>
          <w:sz w:val="22"/>
        </w:rPr>
        <w:t>İŞLETME BÖLÜMÜ</w:t>
      </w:r>
    </w:p>
    <w:p w14:paraId="29290739" w14:textId="77777777" w:rsidR="000A22B0" w:rsidRPr="00334745" w:rsidRDefault="00F91193">
      <w:pPr>
        <w:jc w:val="center"/>
        <w:rPr>
          <w:rFonts w:ascii="Times New Roman" w:hAnsi="Times New Roman" w:cs="Times New Roman"/>
          <w:color w:val="000000" w:themeColor="text1"/>
          <w:sz w:val="22"/>
        </w:rPr>
      </w:pPr>
      <w:r w:rsidRPr="00334745">
        <w:rPr>
          <w:rFonts w:ascii="Times New Roman" w:hAnsi="Times New Roman" w:cs="Times New Roman"/>
          <w:b/>
          <w:color w:val="000000" w:themeColor="text1"/>
          <w:sz w:val="22"/>
        </w:rPr>
        <w:t>BİREYSEL ÖĞRENCİ DANIŞMANLIK GÖRÜŞME TUTANAĞI</w:t>
      </w:r>
    </w:p>
    <w:p w14:paraId="2606E3B6" w14:textId="77777777" w:rsidR="000A22B0" w:rsidRPr="00332C82" w:rsidRDefault="00F91193">
      <w:pPr>
        <w:jc w:val="center"/>
        <w:rPr>
          <w:rFonts w:ascii="Times New Roman" w:hAnsi="Times New Roman" w:cs="Times New Roman"/>
          <w:color w:val="000000" w:themeColor="text1"/>
        </w:rPr>
      </w:pPr>
      <w:r w:rsidRPr="00332C82">
        <w:rPr>
          <w:rFonts w:ascii="Times New Roman" w:hAnsi="Times New Roman" w:cs="Times New Roman"/>
          <w:color w:val="000000" w:themeColor="text1"/>
          <w:sz w:val="20"/>
        </w:rPr>
        <w:t>Öğrencinin özel/akademik/idari sorunlarına ilişkin bireysel danışmanlık görüşmesi kayıt formu</w:t>
      </w:r>
    </w:p>
    <w:tbl>
      <w:tblPr>
        <w:tblW w:w="0" w:type="auto"/>
        <w:jc w:val="center"/>
        <w:tblLayout w:type="fixed"/>
        <w:tblLook w:val="04A0" w:firstRow="1" w:lastRow="0" w:firstColumn="1" w:lastColumn="0" w:noHBand="0" w:noVBand="1"/>
      </w:tblPr>
      <w:tblGrid>
        <w:gridCol w:w="9524"/>
      </w:tblGrid>
      <w:tr w:rsidR="00332C82" w:rsidRPr="00332C82" w14:paraId="361FA312" w14:textId="77777777">
        <w:trPr>
          <w:jc w:val="center"/>
        </w:trPr>
        <w:tc>
          <w:tcPr>
            <w:tcW w:w="9524" w:type="dxa"/>
            <w:shd w:val="clear" w:color="auto" w:fill="F3F7FB"/>
            <w:tcMar>
              <w:top w:w="110" w:type="dxa"/>
              <w:left w:w="120" w:type="dxa"/>
              <w:bottom w:w="110" w:type="dxa"/>
              <w:right w:w="120" w:type="dxa"/>
            </w:tcMar>
          </w:tcPr>
          <w:p w14:paraId="715A73F6" w14:textId="77777777" w:rsidR="000A22B0" w:rsidRPr="00332C82" w:rsidRDefault="00F91193">
            <w:pPr>
              <w:rPr>
                <w:rFonts w:ascii="Times New Roman" w:hAnsi="Times New Roman" w:cs="Times New Roman"/>
                <w:color w:val="000000" w:themeColor="text1"/>
              </w:rPr>
            </w:pPr>
            <w:r w:rsidRPr="00332C82">
              <w:rPr>
                <w:rFonts w:ascii="Times New Roman" w:hAnsi="Times New Roman" w:cs="Times New Roman"/>
                <w:color w:val="000000" w:themeColor="text1"/>
                <w:sz w:val="20"/>
              </w:rPr>
              <w:t>Bu tutanak, İstanbul Yeni Yüzyıl Üniversitesi Öğrenci Danışmanlık Yönergesi kapsamında, öğrencinin bireysel olarak başvurduğu akademik, idari, uyum, yönlendirme veya benzeri özel konularda yapılan danışmanlık görüşmesini ve öğrenciye verilen bilgilendirme/yönlendirmeyi belgelemek amacıyla düzenlenmiştir. Görüşme içeriği, öğrencinin mahremiyetini koruyacak ölçüde genel ifadelerle kaydedilir.</w:t>
            </w:r>
          </w:p>
        </w:tc>
      </w:tr>
    </w:tbl>
    <w:tbl>
      <w:tblPr>
        <w:tblStyle w:val="TabloKlavuzu"/>
        <w:tblW w:w="0" w:type="auto"/>
        <w:jc w:val="center"/>
        <w:tblLook w:val="04A0" w:firstRow="1" w:lastRow="0" w:firstColumn="1" w:lastColumn="0" w:noHBand="0" w:noVBand="1"/>
      </w:tblPr>
      <w:tblGrid>
        <w:gridCol w:w="2041"/>
        <w:gridCol w:w="2835"/>
        <w:gridCol w:w="2211"/>
        <w:gridCol w:w="2600"/>
      </w:tblGrid>
      <w:tr w:rsidR="00332C82" w:rsidRPr="00332C82" w14:paraId="5DEEF930" w14:textId="77777777">
        <w:trPr>
          <w:jc w:val="center"/>
        </w:trPr>
        <w:tc>
          <w:tcPr>
            <w:tcW w:w="2041" w:type="dxa"/>
            <w:shd w:val="clear" w:color="auto" w:fill="EAF1F8"/>
            <w:tcMar>
              <w:top w:w="80" w:type="dxa"/>
              <w:left w:w="100" w:type="dxa"/>
              <w:bottom w:w="80" w:type="dxa"/>
              <w:right w:w="100" w:type="dxa"/>
            </w:tcMar>
            <w:vAlign w:val="center"/>
          </w:tcPr>
          <w:p w14:paraId="76BFC95F" w14:textId="77777777" w:rsidR="000A22B0" w:rsidRPr="00332C82" w:rsidRDefault="00F91193">
            <w:pPr>
              <w:rPr>
                <w:rFonts w:ascii="Times New Roman" w:hAnsi="Times New Roman" w:cs="Times New Roman"/>
                <w:color w:val="000000" w:themeColor="text1"/>
              </w:rPr>
            </w:pPr>
            <w:r w:rsidRPr="00332C82">
              <w:rPr>
                <w:rFonts w:ascii="Times New Roman" w:hAnsi="Times New Roman" w:cs="Times New Roman"/>
                <w:b/>
                <w:color w:val="000000" w:themeColor="text1"/>
                <w:sz w:val="20"/>
              </w:rPr>
              <w:t>Bölüm / Program</w:t>
            </w:r>
          </w:p>
        </w:tc>
        <w:tc>
          <w:tcPr>
            <w:tcW w:w="2835" w:type="dxa"/>
            <w:tcMar>
              <w:top w:w="80" w:type="dxa"/>
              <w:left w:w="100" w:type="dxa"/>
              <w:bottom w:w="80" w:type="dxa"/>
              <w:right w:w="100" w:type="dxa"/>
            </w:tcMar>
            <w:vAlign w:val="center"/>
          </w:tcPr>
          <w:p w14:paraId="369D2791" w14:textId="77777777" w:rsidR="000A22B0" w:rsidRPr="00332C82" w:rsidRDefault="00F91193">
            <w:pPr>
              <w:rPr>
                <w:rFonts w:ascii="Times New Roman" w:hAnsi="Times New Roman" w:cs="Times New Roman"/>
                <w:color w:val="000000" w:themeColor="text1"/>
              </w:rPr>
            </w:pPr>
            <w:r w:rsidRPr="00332C82">
              <w:rPr>
                <w:rFonts w:ascii="Times New Roman" w:hAnsi="Times New Roman" w:cs="Times New Roman"/>
                <w:color w:val="000000" w:themeColor="text1"/>
                <w:sz w:val="20"/>
              </w:rPr>
              <w:t>................................................</w:t>
            </w:r>
          </w:p>
        </w:tc>
        <w:tc>
          <w:tcPr>
            <w:tcW w:w="2211" w:type="dxa"/>
            <w:shd w:val="clear" w:color="auto" w:fill="EAF1F8"/>
            <w:tcMar>
              <w:top w:w="80" w:type="dxa"/>
              <w:left w:w="100" w:type="dxa"/>
              <w:bottom w:w="80" w:type="dxa"/>
              <w:right w:w="100" w:type="dxa"/>
            </w:tcMar>
            <w:vAlign w:val="center"/>
          </w:tcPr>
          <w:p w14:paraId="4603A870" w14:textId="77777777" w:rsidR="000A22B0" w:rsidRPr="00332C82" w:rsidRDefault="00F91193">
            <w:pPr>
              <w:rPr>
                <w:rFonts w:ascii="Times New Roman" w:hAnsi="Times New Roman" w:cs="Times New Roman"/>
                <w:color w:val="000000" w:themeColor="text1"/>
              </w:rPr>
            </w:pPr>
            <w:r w:rsidRPr="00332C82">
              <w:rPr>
                <w:rFonts w:ascii="Times New Roman" w:hAnsi="Times New Roman" w:cs="Times New Roman"/>
                <w:b/>
                <w:color w:val="000000" w:themeColor="text1"/>
                <w:sz w:val="20"/>
              </w:rPr>
              <w:t>Akademik Yıl / Yarıyıl</w:t>
            </w:r>
          </w:p>
        </w:tc>
        <w:tc>
          <w:tcPr>
            <w:tcW w:w="2438" w:type="dxa"/>
            <w:tcMar>
              <w:top w:w="80" w:type="dxa"/>
              <w:left w:w="100" w:type="dxa"/>
              <w:bottom w:w="80" w:type="dxa"/>
              <w:right w:w="100" w:type="dxa"/>
            </w:tcMar>
            <w:vAlign w:val="center"/>
          </w:tcPr>
          <w:p w14:paraId="1561A476" w14:textId="77777777" w:rsidR="000A22B0" w:rsidRPr="00332C82" w:rsidRDefault="00F91193">
            <w:pPr>
              <w:rPr>
                <w:rFonts w:ascii="Times New Roman" w:hAnsi="Times New Roman" w:cs="Times New Roman"/>
                <w:color w:val="000000" w:themeColor="text1"/>
              </w:rPr>
            </w:pPr>
            <w:r w:rsidRPr="00332C82">
              <w:rPr>
                <w:rFonts w:ascii="Times New Roman" w:hAnsi="Times New Roman" w:cs="Times New Roman"/>
                <w:color w:val="000000" w:themeColor="text1"/>
                <w:sz w:val="20"/>
              </w:rPr>
              <w:t>................................................</w:t>
            </w:r>
          </w:p>
        </w:tc>
      </w:tr>
      <w:tr w:rsidR="00332C82" w:rsidRPr="00332C82" w14:paraId="577C92EB" w14:textId="77777777">
        <w:trPr>
          <w:jc w:val="center"/>
        </w:trPr>
        <w:tc>
          <w:tcPr>
            <w:tcW w:w="2041" w:type="dxa"/>
            <w:shd w:val="clear" w:color="auto" w:fill="EAF1F8"/>
            <w:tcMar>
              <w:top w:w="80" w:type="dxa"/>
              <w:left w:w="100" w:type="dxa"/>
              <w:bottom w:w="80" w:type="dxa"/>
              <w:right w:w="100" w:type="dxa"/>
            </w:tcMar>
            <w:vAlign w:val="center"/>
          </w:tcPr>
          <w:p w14:paraId="33DA9ABA" w14:textId="77777777" w:rsidR="000A22B0" w:rsidRPr="00332C82" w:rsidRDefault="00F91193">
            <w:pPr>
              <w:rPr>
                <w:rFonts w:ascii="Times New Roman" w:hAnsi="Times New Roman" w:cs="Times New Roman"/>
                <w:color w:val="000000" w:themeColor="text1"/>
              </w:rPr>
            </w:pPr>
            <w:r w:rsidRPr="00332C82">
              <w:rPr>
                <w:rFonts w:ascii="Times New Roman" w:hAnsi="Times New Roman" w:cs="Times New Roman"/>
                <w:b/>
                <w:color w:val="000000" w:themeColor="text1"/>
                <w:sz w:val="20"/>
              </w:rPr>
              <w:t>Danışmanın Adı Soyadı / Unvanı</w:t>
            </w:r>
          </w:p>
        </w:tc>
        <w:tc>
          <w:tcPr>
            <w:tcW w:w="2835" w:type="dxa"/>
            <w:tcMar>
              <w:top w:w="80" w:type="dxa"/>
              <w:left w:w="100" w:type="dxa"/>
              <w:bottom w:w="80" w:type="dxa"/>
              <w:right w:w="100" w:type="dxa"/>
            </w:tcMar>
            <w:vAlign w:val="center"/>
          </w:tcPr>
          <w:p w14:paraId="646EA7D0" w14:textId="77777777" w:rsidR="000A22B0" w:rsidRPr="00332C82" w:rsidRDefault="00F91193">
            <w:pPr>
              <w:rPr>
                <w:rFonts w:ascii="Times New Roman" w:hAnsi="Times New Roman" w:cs="Times New Roman"/>
                <w:color w:val="000000" w:themeColor="text1"/>
              </w:rPr>
            </w:pPr>
            <w:r w:rsidRPr="00332C82">
              <w:rPr>
                <w:rFonts w:ascii="Times New Roman" w:hAnsi="Times New Roman" w:cs="Times New Roman"/>
                <w:color w:val="000000" w:themeColor="text1"/>
                <w:sz w:val="20"/>
              </w:rPr>
              <w:t>................................................</w:t>
            </w:r>
          </w:p>
        </w:tc>
        <w:tc>
          <w:tcPr>
            <w:tcW w:w="2211" w:type="dxa"/>
            <w:shd w:val="clear" w:color="auto" w:fill="EAF1F8"/>
            <w:tcMar>
              <w:top w:w="80" w:type="dxa"/>
              <w:left w:w="100" w:type="dxa"/>
              <w:bottom w:w="80" w:type="dxa"/>
              <w:right w:w="100" w:type="dxa"/>
            </w:tcMar>
            <w:vAlign w:val="center"/>
          </w:tcPr>
          <w:p w14:paraId="0428B307" w14:textId="77777777" w:rsidR="000A22B0" w:rsidRPr="00332C82" w:rsidRDefault="00F91193">
            <w:pPr>
              <w:rPr>
                <w:rFonts w:ascii="Times New Roman" w:hAnsi="Times New Roman" w:cs="Times New Roman"/>
                <w:color w:val="000000" w:themeColor="text1"/>
              </w:rPr>
            </w:pPr>
            <w:r w:rsidRPr="00332C82">
              <w:rPr>
                <w:rFonts w:ascii="Times New Roman" w:hAnsi="Times New Roman" w:cs="Times New Roman"/>
                <w:b/>
                <w:color w:val="000000" w:themeColor="text1"/>
                <w:sz w:val="20"/>
              </w:rPr>
              <w:t>Görüşme Tarihi</w:t>
            </w:r>
          </w:p>
        </w:tc>
        <w:tc>
          <w:tcPr>
            <w:tcW w:w="2438" w:type="dxa"/>
            <w:tcMar>
              <w:top w:w="80" w:type="dxa"/>
              <w:left w:w="100" w:type="dxa"/>
              <w:bottom w:w="80" w:type="dxa"/>
              <w:right w:w="100" w:type="dxa"/>
            </w:tcMar>
            <w:vAlign w:val="center"/>
          </w:tcPr>
          <w:p w14:paraId="2868CC91" w14:textId="77777777" w:rsidR="000A22B0" w:rsidRPr="00332C82" w:rsidRDefault="00F91193">
            <w:pPr>
              <w:rPr>
                <w:rFonts w:ascii="Times New Roman" w:hAnsi="Times New Roman" w:cs="Times New Roman"/>
                <w:color w:val="000000" w:themeColor="text1"/>
              </w:rPr>
            </w:pPr>
            <w:r w:rsidRPr="00332C82">
              <w:rPr>
                <w:rFonts w:ascii="Times New Roman" w:hAnsi="Times New Roman" w:cs="Times New Roman"/>
                <w:color w:val="000000" w:themeColor="text1"/>
                <w:sz w:val="20"/>
              </w:rPr>
              <w:t>...... / ...... / 20......</w:t>
            </w:r>
          </w:p>
        </w:tc>
      </w:tr>
      <w:tr w:rsidR="00332C82" w:rsidRPr="00332C82" w14:paraId="355B132A" w14:textId="77777777">
        <w:trPr>
          <w:jc w:val="center"/>
        </w:trPr>
        <w:tc>
          <w:tcPr>
            <w:tcW w:w="2041" w:type="dxa"/>
            <w:shd w:val="clear" w:color="auto" w:fill="EAF1F8"/>
            <w:tcMar>
              <w:top w:w="80" w:type="dxa"/>
              <w:left w:w="100" w:type="dxa"/>
              <w:bottom w:w="80" w:type="dxa"/>
              <w:right w:w="100" w:type="dxa"/>
            </w:tcMar>
            <w:vAlign w:val="center"/>
          </w:tcPr>
          <w:p w14:paraId="611D1CB5" w14:textId="77777777" w:rsidR="000A22B0" w:rsidRPr="00332C82" w:rsidRDefault="00F91193">
            <w:pPr>
              <w:rPr>
                <w:rFonts w:ascii="Times New Roman" w:hAnsi="Times New Roman" w:cs="Times New Roman"/>
                <w:color w:val="000000" w:themeColor="text1"/>
              </w:rPr>
            </w:pPr>
            <w:r w:rsidRPr="00332C82">
              <w:rPr>
                <w:rFonts w:ascii="Times New Roman" w:hAnsi="Times New Roman" w:cs="Times New Roman"/>
                <w:b/>
                <w:color w:val="000000" w:themeColor="text1"/>
                <w:sz w:val="20"/>
              </w:rPr>
              <w:t>Öğrencinin Adı Soyadı</w:t>
            </w:r>
          </w:p>
        </w:tc>
        <w:tc>
          <w:tcPr>
            <w:tcW w:w="2835" w:type="dxa"/>
            <w:tcMar>
              <w:top w:w="80" w:type="dxa"/>
              <w:left w:w="100" w:type="dxa"/>
              <w:bottom w:w="80" w:type="dxa"/>
              <w:right w:w="100" w:type="dxa"/>
            </w:tcMar>
            <w:vAlign w:val="center"/>
          </w:tcPr>
          <w:p w14:paraId="34E335B4" w14:textId="77777777" w:rsidR="000A22B0" w:rsidRPr="00332C82" w:rsidRDefault="00F91193">
            <w:pPr>
              <w:rPr>
                <w:rFonts w:ascii="Times New Roman" w:hAnsi="Times New Roman" w:cs="Times New Roman"/>
                <w:color w:val="000000" w:themeColor="text1"/>
              </w:rPr>
            </w:pPr>
            <w:r w:rsidRPr="00332C82">
              <w:rPr>
                <w:rFonts w:ascii="Times New Roman" w:hAnsi="Times New Roman" w:cs="Times New Roman"/>
                <w:color w:val="000000" w:themeColor="text1"/>
                <w:sz w:val="20"/>
              </w:rPr>
              <w:t>................................................</w:t>
            </w:r>
          </w:p>
        </w:tc>
        <w:tc>
          <w:tcPr>
            <w:tcW w:w="2211" w:type="dxa"/>
            <w:shd w:val="clear" w:color="auto" w:fill="EAF1F8"/>
            <w:tcMar>
              <w:top w:w="80" w:type="dxa"/>
              <w:left w:w="100" w:type="dxa"/>
              <w:bottom w:w="80" w:type="dxa"/>
              <w:right w:w="100" w:type="dxa"/>
            </w:tcMar>
            <w:vAlign w:val="center"/>
          </w:tcPr>
          <w:p w14:paraId="0B900E17" w14:textId="77777777" w:rsidR="000A22B0" w:rsidRPr="00332C82" w:rsidRDefault="00F91193">
            <w:pPr>
              <w:rPr>
                <w:rFonts w:ascii="Times New Roman" w:hAnsi="Times New Roman" w:cs="Times New Roman"/>
                <w:color w:val="000000" w:themeColor="text1"/>
              </w:rPr>
            </w:pPr>
            <w:r w:rsidRPr="00332C82">
              <w:rPr>
                <w:rFonts w:ascii="Times New Roman" w:hAnsi="Times New Roman" w:cs="Times New Roman"/>
                <w:b/>
                <w:color w:val="000000" w:themeColor="text1"/>
                <w:sz w:val="20"/>
              </w:rPr>
              <w:t>Öğrenci Numarası</w:t>
            </w:r>
          </w:p>
        </w:tc>
        <w:tc>
          <w:tcPr>
            <w:tcW w:w="2438" w:type="dxa"/>
            <w:tcMar>
              <w:top w:w="80" w:type="dxa"/>
              <w:left w:w="100" w:type="dxa"/>
              <w:bottom w:w="80" w:type="dxa"/>
              <w:right w:w="100" w:type="dxa"/>
            </w:tcMar>
            <w:vAlign w:val="center"/>
          </w:tcPr>
          <w:p w14:paraId="307937B6" w14:textId="77777777" w:rsidR="000A22B0" w:rsidRPr="00332C82" w:rsidRDefault="00F91193">
            <w:pPr>
              <w:rPr>
                <w:rFonts w:ascii="Times New Roman" w:hAnsi="Times New Roman" w:cs="Times New Roman"/>
                <w:color w:val="000000" w:themeColor="text1"/>
              </w:rPr>
            </w:pPr>
            <w:r w:rsidRPr="00332C82">
              <w:rPr>
                <w:rFonts w:ascii="Times New Roman" w:hAnsi="Times New Roman" w:cs="Times New Roman"/>
                <w:color w:val="000000" w:themeColor="text1"/>
                <w:sz w:val="20"/>
              </w:rPr>
              <w:t>................................................</w:t>
            </w:r>
          </w:p>
        </w:tc>
      </w:tr>
      <w:tr w:rsidR="00332C82" w:rsidRPr="00332C82" w14:paraId="4BED1FFF" w14:textId="77777777">
        <w:trPr>
          <w:jc w:val="center"/>
        </w:trPr>
        <w:tc>
          <w:tcPr>
            <w:tcW w:w="2041" w:type="dxa"/>
            <w:shd w:val="clear" w:color="auto" w:fill="EAF1F8"/>
            <w:tcMar>
              <w:top w:w="80" w:type="dxa"/>
              <w:left w:w="100" w:type="dxa"/>
              <w:bottom w:w="80" w:type="dxa"/>
              <w:right w:w="100" w:type="dxa"/>
            </w:tcMar>
            <w:vAlign w:val="center"/>
          </w:tcPr>
          <w:p w14:paraId="01FB0821" w14:textId="77777777" w:rsidR="000A22B0" w:rsidRPr="00332C82" w:rsidRDefault="00F91193">
            <w:pPr>
              <w:rPr>
                <w:rFonts w:ascii="Times New Roman" w:hAnsi="Times New Roman" w:cs="Times New Roman"/>
                <w:color w:val="000000" w:themeColor="text1"/>
              </w:rPr>
            </w:pPr>
            <w:r w:rsidRPr="00332C82">
              <w:rPr>
                <w:rFonts w:ascii="Times New Roman" w:hAnsi="Times New Roman" w:cs="Times New Roman"/>
                <w:b/>
                <w:color w:val="000000" w:themeColor="text1"/>
                <w:sz w:val="20"/>
              </w:rPr>
              <w:t>Sınıfı</w:t>
            </w:r>
          </w:p>
        </w:tc>
        <w:tc>
          <w:tcPr>
            <w:tcW w:w="2835" w:type="dxa"/>
            <w:tcMar>
              <w:top w:w="80" w:type="dxa"/>
              <w:left w:w="100" w:type="dxa"/>
              <w:bottom w:w="80" w:type="dxa"/>
              <w:right w:w="100" w:type="dxa"/>
            </w:tcMar>
            <w:vAlign w:val="center"/>
          </w:tcPr>
          <w:p w14:paraId="1673939C" w14:textId="77777777" w:rsidR="000A22B0" w:rsidRPr="00332C82" w:rsidRDefault="00F91193">
            <w:pPr>
              <w:rPr>
                <w:rFonts w:ascii="Times New Roman" w:hAnsi="Times New Roman" w:cs="Times New Roman"/>
                <w:color w:val="000000" w:themeColor="text1"/>
              </w:rPr>
            </w:pPr>
            <w:r w:rsidRPr="00332C82">
              <w:rPr>
                <w:rFonts w:ascii="Times New Roman" w:hAnsi="Times New Roman" w:cs="Times New Roman"/>
                <w:color w:val="000000" w:themeColor="text1"/>
                <w:sz w:val="20"/>
              </w:rPr>
              <w:t>................................................</w:t>
            </w:r>
          </w:p>
        </w:tc>
        <w:tc>
          <w:tcPr>
            <w:tcW w:w="2211" w:type="dxa"/>
            <w:shd w:val="clear" w:color="auto" w:fill="EAF1F8"/>
            <w:tcMar>
              <w:top w:w="80" w:type="dxa"/>
              <w:left w:w="100" w:type="dxa"/>
              <w:bottom w:w="80" w:type="dxa"/>
              <w:right w:w="100" w:type="dxa"/>
            </w:tcMar>
            <w:vAlign w:val="center"/>
          </w:tcPr>
          <w:p w14:paraId="6AF2954C" w14:textId="77777777" w:rsidR="000A22B0" w:rsidRPr="00332C82" w:rsidRDefault="00F91193">
            <w:pPr>
              <w:rPr>
                <w:rFonts w:ascii="Times New Roman" w:hAnsi="Times New Roman" w:cs="Times New Roman"/>
                <w:color w:val="000000" w:themeColor="text1"/>
              </w:rPr>
            </w:pPr>
            <w:r w:rsidRPr="00332C82">
              <w:rPr>
                <w:rFonts w:ascii="Times New Roman" w:hAnsi="Times New Roman" w:cs="Times New Roman"/>
                <w:b/>
                <w:color w:val="000000" w:themeColor="text1"/>
                <w:sz w:val="20"/>
              </w:rPr>
              <w:t>Görüşme Saati / Yeri</w:t>
            </w:r>
          </w:p>
        </w:tc>
        <w:tc>
          <w:tcPr>
            <w:tcW w:w="2438" w:type="dxa"/>
            <w:tcMar>
              <w:top w:w="80" w:type="dxa"/>
              <w:left w:w="100" w:type="dxa"/>
              <w:bottom w:w="80" w:type="dxa"/>
              <w:right w:w="100" w:type="dxa"/>
            </w:tcMar>
            <w:vAlign w:val="center"/>
          </w:tcPr>
          <w:p w14:paraId="77567C57" w14:textId="77777777" w:rsidR="000A22B0" w:rsidRPr="00332C82" w:rsidRDefault="00F91193">
            <w:pPr>
              <w:rPr>
                <w:rFonts w:ascii="Times New Roman" w:hAnsi="Times New Roman" w:cs="Times New Roman"/>
                <w:color w:val="000000" w:themeColor="text1"/>
              </w:rPr>
            </w:pPr>
            <w:r w:rsidRPr="00332C82">
              <w:rPr>
                <w:rFonts w:ascii="Times New Roman" w:hAnsi="Times New Roman" w:cs="Times New Roman"/>
                <w:color w:val="000000" w:themeColor="text1"/>
                <w:sz w:val="20"/>
              </w:rPr>
              <w:t>................................................</w:t>
            </w:r>
          </w:p>
        </w:tc>
      </w:tr>
    </w:tbl>
    <w:p w14:paraId="62F1665B" w14:textId="77777777" w:rsidR="000A22B0" w:rsidRPr="00332C82" w:rsidRDefault="00F91193">
      <w:pPr>
        <w:rPr>
          <w:rFonts w:ascii="Times New Roman" w:hAnsi="Times New Roman" w:cs="Times New Roman"/>
          <w:color w:val="000000" w:themeColor="text1"/>
        </w:rPr>
      </w:pPr>
      <w:r w:rsidRPr="00332C82">
        <w:rPr>
          <w:rFonts w:ascii="Times New Roman" w:hAnsi="Times New Roman" w:cs="Times New Roman"/>
          <w:b/>
          <w:color w:val="000000" w:themeColor="text1"/>
          <w:sz w:val="22"/>
        </w:rPr>
        <w:t>1. Görüşmenin Konusu</w:t>
      </w:r>
    </w:p>
    <w:tbl>
      <w:tblPr>
        <w:tblStyle w:val="TabloKlavuzu"/>
        <w:tblW w:w="0" w:type="auto"/>
        <w:jc w:val="center"/>
        <w:tblLook w:val="04A0" w:firstRow="1" w:lastRow="0" w:firstColumn="1" w:lastColumn="0" w:noHBand="0" w:noVBand="1"/>
      </w:tblPr>
      <w:tblGrid>
        <w:gridCol w:w="7257"/>
        <w:gridCol w:w="2268"/>
      </w:tblGrid>
      <w:tr w:rsidR="00332C82" w:rsidRPr="00332C82" w14:paraId="12C82015" w14:textId="77777777">
        <w:trPr>
          <w:jc w:val="center"/>
        </w:trPr>
        <w:tc>
          <w:tcPr>
            <w:tcW w:w="7257" w:type="dxa"/>
            <w:tcMar>
              <w:top w:w="80" w:type="dxa"/>
              <w:left w:w="100" w:type="dxa"/>
              <w:bottom w:w="80" w:type="dxa"/>
              <w:right w:w="100" w:type="dxa"/>
            </w:tcMar>
            <w:vAlign w:val="center"/>
          </w:tcPr>
          <w:p w14:paraId="61F0A066" w14:textId="77777777" w:rsidR="000A22B0" w:rsidRPr="00332C82" w:rsidRDefault="00F91193">
            <w:pPr>
              <w:rPr>
                <w:rFonts w:ascii="Times New Roman" w:hAnsi="Times New Roman" w:cs="Times New Roman"/>
                <w:color w:val="000000" w:themeColor="text1"/>
              </w:rPr>
            </w:pPr>
            <w:r w:rsidRPr="00332C82">
              <w:rPr>
                <w:rFonts w:ascii="Times New Roman" w:hAnsi="Times New Roman" w:cs="Times New Roman"/>
                <w:color w:val="000000" w:themeColor="text1"/>
                <w:sz w:val="20"/>
              </w:rPr>
              <w:t>Akademik danışmanlık / ders seçimi</w:t>
            </w:r>
          </w:p>
        </w:tc>
        <w:tc>
          <w:tcPr>
            <w:tcW w:w="2268" w:type="dxa"/>
            <w:tcMar>
              <w:top w:w="80" w:type="dxa"/>
              <w:left w:w="100" w:type="dxa"/>
              <w:bottom w:w="80" w:type="dxa"/>
              <w:right w:w="100" w:type="dxa"/>
            </w:tcMar>
            <w:vAlign w:val="center"/>
          </w:tcPr>
          <w:p w14:paraId="6746661C" w14:textId="7B269A88" w:rsidR="000A22B0" w:rsidRPr="00332C82" w:rsidRDefault="00F91193">
            <w:pPr>
              <w:jc w:val="center"/>
              <w:rPr>
                <w:rFonts w:ascii="Times New Roman" w:hAnsi="Times New Roman" w:cs="Times New Roman"/>
                <w:color w:val="000000" w:themeColor="text1"/>
              </w:rPr>
            </w:pPr>
            <w:r w:rsidRPr="00332C82">
              <w:rPr>
                <w:rFonts w:ascii="Segoe UI Symbol" w:hAnsi="Segoe UI Symbol" w:cs="Segoe UI Symbol"/>
                <w:color w:val="000000" w:themeColor="text1"/>
                <w:sz w:val="20"/>
              </w:rPr>
              <w:t>☐</w:t>
            </w:r>
          </w:p>
        </w:tc>
      </w:tr>
      <w:tr w:rsidR="00332C82" w:rsidRPr="00332C82" w14:paraId="28067616" w14:textId="77777777">
        <w:trPr>
          <w:jc w:val="center"/>
        </w:trPr>
        <w:tc>
          <w:tcPr>
            <w:tcW w:w="7257" w:type="dxa"/>
            <w:tcMar>
              <w:top w:w="80" w:type="dxa"/>
              <w:left w:w="100" w:type="dxa"/>
              <w:bottom w:w="80" w:type="dxa"/>
              <w:right w:w="100" w:type="dxa"/>
            </w:tcMar>
            <w:vAlign w:val="center"/>
          </w:tcPr>
          <w:p w14:paraId="22838C4A" w14:textId="77777777" w:rsidR="000A22B0" w:rsidRPr="00332C82" w:rsidRDefault="00F91193">
            <w:pPr>
              <w:rPr>
                <w:rFonts w:ascii="Times New Roman" w:hAnsi="Times New Roman" w:cs="Times New Roman"/>
                <w:color w:val="000000" w:themeColor="text1"/>
              </w:rPr>
            </w:pPr>
            <w:r w:rsidRPr="00332C82">
              <w:rPr>
                <w:rFonts w:ascii="Times New Roman" w:hAnsi="Times New Roman" w:cs="Times New Roman"/>
                <w:color w:val="000000" w:themeColor="text1"/>
                <w:sz w:val="20"/>
              </w:rPr>
              <w:t>Mezuniyet koşulları / akademik durum</w:t>
            </w:r>
          </w:p>
        </w:tc>
        <w:tc>
          <w:tcPr>
            <w:tcW w:w="2268" w:type="dxa"/>
            <w:tcMar>
              <w:top w:w="80" w:type="dxa"/>
              <w:left w:w="100" w:type="dxa"/>
              <w:bottom w:w="80" w:type="dxa"/>
              <w:right w:w="100" w:type="dxa"/>
            </w:tcMar>
            <w:vAlign w:val="center"/>
          </w:tcPr>
          <w:p w14:paraId="2BA9B160" w14:textId="1975E4CB" w:rsidR="000A22B0" w:rsidRPr="00332C82" w:rsidRDefault="00F91193">
            <w:pPr>
              <w:jc w:val="center"/>
              <w:rPr>
                <w:rFonts w:ascii="Times New Roman" w:hAnsi="Times New Roman" w:cs="Times New Roman"/>
                <w:color w:val="000000" w:themeColor="text1"/>
              </w:rPr>
            </w:pPr>
            <w:r w:rsidRPr="00332C82">
              <w:rPr>
                <w:rFonts w:ascii="Segoe UI Symbol" w:hAnsi="Segoe UI Symbol" w:cs="Segoe UI Symbol"/>
                <w:color w:val="000000" w:themeColor="text1"/>
                <w:sz w:val="20"/>
              </w:rPr>
              <w:t>☐</w:t>
            </w:r>
            <w:r w:rsidRPr="00332C82">
              <w:rPr>
                <w:rFonts w:ascii="Times New Roman" w:hAnsi="Times New Roman" w:cs="Times New Roman"/>
                <w:color w:val="000000" w:themeColor="text1"/>
                <w:sz w:val="20"/>
              </w:rPr>
              <w:t xml:space="preserve"> </w:t>
            </w:r>
          </w:p>
        </w:tc>
      </w:tr>
      <w:tr w:rsidR="00332C82" w:rsidRPr="00332C82" w14:paraId="6F9FCF0C" w14:textId="77777777">
        <w:trPr>
          <w:jc w:val="center"/>
        </w:trPr>
        <w:tc>
          <w:tcPr>
            <w:tcW w:w="7257" w:type="dxa"/>
            <w:tcMar>
              <w:top w:w="80" w:type="dxa"/>
              <w:left w:w="100" w:type="dxa"/>
              <w:bottom w:w="80" w:type="dxa"/>
              <w:right w:w="100" w:type="dxa"/>
            </w:tcMar>
            <w:vAlign w:val="center"/>
          </w:tcPr>
          <w:p w14:paraId="1AECE50A" w14:textId="77777777" w:rsidR="000A22B0" w:rsidRPr="00332C82" w:rsidRDefault="00F91193">
            <w:pPr>
              <w:rPr>
                <w:rFonts w:ascii="Times New Roman" w:hAnsi="Times New Roman" w:cs="Times New Roman"/>
                <w:color w:val="000000" w:themeColor="text1"/>
              </w:rPr>
            </w:pPr>
            <w:r w:rsidRPr="00332C82">
              <w:rPr>
                <w:rFonts w:ascii="Times New Roman" w:hAnsi="Times New Roman" w:cs="Times New Roman"/>
                <w:color w:val="000000" w:themeColor="text1"/>
                <w:sz w:val="20"/>
              </w:rPr>
              <w:t>Yatay / dikey / kurum içi geçiş / intibak</w:t>
            </w:r>
          </w:p>
        </w:tc>
        <w:tc>
          <w:tcPr>
            <w:tcW w:w="2268" w:type="dxa"/>
            <w:tcMar>
              <w:top w:w="80" w:type="dxa"/>
              <w:left w:w="100" w:type="dxa"/>
              <w:bottom w:w="80" w:type="dxa"/>
              <w:right w:w="100" w:type="dxa"/>
            </w:tcMar>
            <w:vAlign w:val="center"/>
          </w:tcPr>
          <w:p w14:paraId="0D1B6935" w14:textId="71E8B205" w:rsidR="000A22B0" w:rsidRPr="00332C82" w:rsidRDefault="00F91193">
            <w:pPr>
              <w:jc w:val="center"/>
              <w:rPr>
                <w:rFonts w:ascii="Times New Roman" w:hAnsi="Times New Roman" w:cs="Times New Roman"/>
                <w:color w:val="000000" w:themeColor="text1"/>
              </w:rPr>
            </w:pPr>
            <w:r w:rsidRPr="00332C82">
              <w:rPr>
                <w:rFonts w:ascii="Segoe UI Symbol" w:hAnsi="Segoe UI Symbol" w:cs="Segoe UI Symbol"/>
                <w:color w:val="000000" w:themeColor="text1"/>
                <w:sz w:val="20"/>
              </w:rPr>
              <w:t>☐</w:t>
            </w:r>
          </w:p>
        </w:tc>
      </w:tr>
      <w:tr w:rsidR="00332C82" w:rsidRPr="00332C82" w14:paraId="4D346285" w14:textId="77777777">
        <w:trPr>
          <w:jc w:val="center"/>
        </w:trPr>
        <w:tc>
          <w:tcPr>
            <w:tcW w:w="7257" w:type="dxa"/>
            <w:tcMar>
              <w:top w:w="80" w:type="dxa"/>
              <w:left w:w="100" w:type="dxa"/>
              <w:bottom w:w="80" w:type="dxa"/>
              <w:right w:w="100" w:type="dxa"/>
            </w:tcMar>
            <w:vAlign w:val="center"/>
          </w:tcPr>
          <w:p w14:paraId="60D6F36C" w14:textId="77777777" w:rsidR="000A22B0" w:rsidRPr="00332C82" w:rsidRDefault="00F91193">
            <w:pPr>
              <w:rPr>
                <w:rFonts w:ascii="Times New Roman" w:hAnsi="Times New Roman" w:cs="Times New Roman"/>
                <w:color w:val="000000" w:themeColor="text1"/>
              </w:rPr>
            </w:pPr>
            <w:r w:rsidRPr="00332C82">
              <w:rPr>
                <w:rFonts w:ascii="Times New Roman" w:hAnsi="Times New Roman" w:cs="Times New Roman"/>
                <w:color w:val="000000" w:themeColor="text1"/>
                <w:sz w:val="20"/>
              </w:rPr>
              <w:t>Devam, başarı veya sınav süreçleri</w:t>
            </w:r>
          </w:p>
        </w:tc>
        <w:tc>
          <w:tcPr>
            <w:tcW w:w="2268" w:type="dxa"/>
            <w:tcMar>
              <w:top w:w="80" w:type="dxa"/>
              <w:left w:w="100" w:type="dxa"/>
              <w:bottom w:w="80" w:type="dxa"/>
              <w:right w:w="100" w:type="dxa"/>
            </w:tcMar>
            <w:vAlign w:val="center"/>
          </w:tcPr>
          <w:p w14:paraId="31455E03" w14:textId="50951043" w:rsidR="000A22B0" w:rsidRPr="00332C82" w:rsidRDefault="00F91193">
            <w:pPr>
              <w:jc w:val="center"/>
              <w:rPr>
                <w:rFonts w:ascii="Times New Roman" w:hAnsi="Times New Roman" w:cs="Times New Roman"/>
                <w:color w:val="000000" w:themeColor="text1"/>
              </w:rPr>
            </w:pPr>
            <w:r w:rsidRPr="00332C82">
              <w:rPr>
                <w:rFonts w:ascii="Segoe UI Symbol" w:hAnsi="Segoe UI Symbol" w:cs="Segoe UI Symbol"/>
                <w:color w:val="000000" w:themeColor="text1"/>
                <w:sz w:val="20"/>
              </w:rPr>
              <w:t>☐</w:t>
            </w:r>
            <w:r w:rsidRPr="00332C82">
              <w:rPr>
                <w:rFonts w:ascii="Times New Roman" w:hAnsi="Times New Roman" w:cs="Times New Roman"/>
                <w:color w:val="000000" w:themeColor="text1"/>
                <w:sz w:val="20"/>
              </w:rPr>
              <w:t xml:space="preserve"> </w:t>
            </w:r>
          </w:p>
        </w:tc>
      </w:tr>
      <w:tr w:rsidR="00332C82" w:rsidRPr="00332C82" w14:paraId="61DECDFE" w14:textId="77777777">
        <w:trPr>
          <w:jc w:val="center"/>
        </w:trPr>
        <w:tc>
          <w:tcPr>
            <w:tcW w:w="7257" w:type="dxa"/>
            <w:tcMar>
              <w:top w:w="80" w:type="dxa"/>
              <w:left w:w="100" w:type="dxa"/>
              <w:bottom w:w="80" w:type="dxa"/>
              <w:right w:w="100" w:type="dxa"/>
            </w:tcMar>
            <w:vAlign w:val="center"/>
          </w:tcPr>
          <w:p w14:paraId="6DB46274" w14:textId="77777777" w:rsidR="000A22B0" w:rsidRPr="00332C82" w:rsidRDefault="00F91193">
            <w:pPr>
              <w:rPr>
                <w:rFonts w:ascii="Times New Roman" w:hAnsi="Times New Roman" w:cs="Times New Roman"/>
                <w:color w:val="000000" w:themeColor="text1"/>
              </w:rPr>
            </w:pPr>
            <w:r w:rsidRPr="00332C82">
              <w:rPr>
                <w:rFonts w:ascii="Times New Roman" w:hAnsi="Times New Roman" w:cs="Times New Roman"/>
                <w:color w:val="000000" w:themeColor="text1"/>
                <w:sz w:val="20"/>
              </w:rPr>
              <w:t>Kariyer planlama / yönlendirme</w:t>
            </w:r>
          </w:p>
        </w:tc>
        <w:tc>
          <w:tcPr>
            <w:tcW w:w="2268" w:type="dxa"/>
            <w:tcMar>
              <w:top w:w="80" w:type="dxa"/>
              <w:left w:w="100" w:type="dxa"/>
              <w:bottom w:w="80" w:type="dxa"/>
              <w:right w:w="100" w:type="dxa"/>
            </w:tcMar>
            <w:vAlign w:val="center"/>
          </w:tcPr>
          <w:p w14:paraId="3C31E9B0" w14:textId="53444B92" w:rsidR="000A22B0" w:rsidRPr="00332C82" w:rsidRDefault="00F91193">
            <w:pPr>
              <w:jc w:val="center"/>
              <w:rPr>
                <w:rFonts w:ascii="Times New Roman" w:hAnsi="Times New Roman" w:cs="Times New Roman"/>
                <w:color w:val="000000" w:themeColor="text1"/>
              </w:rPr>
            </w:pPr>
            <w:r w:rsidRPr="00332C82">
              <w:rPr>
                <w:rFonts w:ascii="Segoe UI Symbol" w:hAnsi="Segoe UI Symbol" w:cs="Segoe UI Symbol"/>
                <w:color w:val="000000" w:themeColor="text1"/>
                <w:sz w:val="20"/>
              </w:rPr>
              <w:t>☐</w:t>
            </w:r>
            <w:r w:rsidRPr="00332C82">
              <w:rPr>
                <w:rFonts w:ascii="Times New Roman" w:hAnsi="Times New Roman" w:cs="Times New Roman"/>
                <w:color w:val="000000" w:themeColor="text1"/>
                <w:sz w:val="20"/>
              </w:rPr>
              <w:t xml:space="preserve"> </w:t>
            </w:r>
          </w:p>
        </w:tc>
      </w:tr>
      <w:tr w:rsidR="00332C82" w:rsidRPr="00332C82" w14:paraId="6CD1E011" w14:textId="77777777">
        <w:trPr>
          <w:jc w:val="center"/>
        </w:trPr>
        <w:tc>
          <w:tcPr>
            <w:tcW w:w="7257" w:type="dxa"/>
            <w:tcMar>
              <w:top w:w="80" w:type="dxa"/>
              <w:left w:w="100" w:type="dxa"/>
              <w:bottom w:w="80" w:type="dxa"/>
              <w:right w:w="100" w:type="dxa"/>
            </w:tcMar>
            <w:vAlign w:val="center"/>
          </w:tcPr>
          <w:p w14:paraId="3B9166EF" w14:textId="77777777" w:rsidR="000A22B0" w:rsidRPr="00332C82" w:rsidRDefault="00F91193">
            <w:pPr>
              <w:rPr>
                <w:rFonts w:ascii="Times New Roman" w:hAnsi="Times New Roman" w:cs="Times New Roman"/>
                <w:color w:val="000000" w:themeColor="text1"/>
              </w:rPr>
            </w:pPr>
            <w:r w:rsidRPr="00332C82">
              <w:rPr>
                <w:rFonts w:ascii="Times New Roman" w:hAnsi="Times New Roman" w:cs="Times New Roman"/>
                <w:color w:val="000000" w:themeColor="text1"/>
                <w:sz w:val="20"/>
              </w:rPr>
              <w:t>Diğer (kısaca belirtiniz): ........................................</w:t>
            </w:r>
          </w:p>
        </w:tc>
        <w:tc>
          <w:tcPr>
            <w:tcW w:w="2268" w:type="dxa"/>
            <w:tcMar>
              <w:top w:w="80" w:type="dxa"/>
              <w:left w:w="100" w:type="dxa"/>
              <w:bottom w:w="80" w:type="dxa"/>
              <w:right w:w="100" w:type="dxa"/>
            </w:tcMar>
            <w:vAlign w:val="center"/>
          </w:tcPr>
          <w:p w14:paraId="5426BA9C" w14:textId="74E2F9F4" w:rsidR="000A22B0" w:rsidRPr="00332C82" w:rsidRDefault="00F91193">
            <w:pPr>
              <w:jc w:val="center"/>
              <w:rPr>
                <w:rFonts w:ascii="Times New Roman" w:hAnsi="Times New Roman" w:cs="Times New Roman"/>
                <w:color w:val="000000" w:themeColor="text1"/>
              </w:rPr>
            </w:pPr>
            <w:r w:rsidRPr="00332C82">
              <w:rPr>
                <w:rFonts w:ascii="Segoe UI Symbol" w:hAnsi="Segoe UI Symbol" w:cs="Segoe UI Symbol"/>
                <w:color w:val="000000" w:themeColor="text1"/>
                <w:sz w:val="20"/>
              </w:rPr>
              <w:t>☐</w:t>
            </w:r>
            <w:r w:rsidRPr="00332C82">
              <w:rPr>
                <w:rFonts w:ascii="Times New Roman" w:hAnsi="Times New Roman" w:cs="Times New Roman"/>
                <w:color w:val="000000" w:themeColor="text1"/>
                <w:sz w:val="20"/>
              </w:rPr>
              <w:t xml:space="preserve"> </w:t>
            </w:r>
          </w:p>
        </w:tc>
      </w:tr>
    </w:tbl>
    <w:p w14:paraId="4A8DCD82" w14:textId="77777777" w:rsidR="000A22B0" w:rsidRPr="00332C82" w:rsidRDefault="00F91193">
      <w:pPr>
        <w:rPr>
          <w:rFonts w:ascii="Times New Roman" w:hAnsi="Times New Roman" w:cs="Times New Roman"/>
          <w:color w:val="000000" w:themeColor="text1"/>
        </w:rPr>
      </w:pPr>
      <w:r w:rsidRPr="00332C82">
        <w:rPr>
          <w:rFonts w:ascii="Times New Roman" w:hAnsi="Times New Roman" w:cs="Times New Roman"/>
          <w:b/>
          <w:color w:val="000000" w:themeColor="text1"/>
          <w:sz w:val="22"/>
        </w:rPr>
        <w:t>2. Görüşmeye İlişkin Kısa Açıklama</w:t>
      </w:r>
    </w:p>
    <w:tbl>
      <w:tblPr>
        <w:tblStyle w:val="TabloKlavuzu"/>
        <w:tblW w:w="0" w:type="auto"/>
        <w:jc w:val="center"/>
        <w:tblLook w:val="04A0" w:firstRow="1" w:lastRow="0" w:firstColumn="1" w:lastColumn="0" w:noHBand="0" w:noVBand="1"/>
      </w:tblPr>
      <w:tblGrid>
        <w:gridCol w:w="9524"/>
      </w:tblGrid>
      <w:tr w:rsidR="00332C82" w:rsidRPr="00332C82" w14:paraId="6ED636F3" w14:textId="77777777">
        <w:trPr>
          <w:jc w:val="center"/>
        </w:trPr>
        <w:tc>
          <w:tcPr>
            <w:tcW w:w="9524" w:type="dxa"/>
            <w:tcMar>
              <w:top w:w="80" w:type="dxa"/>
              <w:left w:w="100" w:type="dxa"/>
              <w:bottom w:w="80" w:type="dxa"/>
              <w:right w:w="100" w:type="dxa"/>
            </w:tcMar>
            <w:vAlign w:val="center"/>
          </w:tcPr>
          <w:p w14:paraId="211AA658" w14:textId="20D627AA" w:rsidR="00EA072D" w:rsidRDefault="00F91193">
            <w:pPr>
              <w:rPr>
                <w:rFonts w:ascii="Times New Roman" w:hAnsi="Times New Roman" w:cs="Times New Roman"/>
                <w:color w:val="000000" w:themeColor="text1"/>
                <w:sz w:val="20"/>
              </w:rPr>
            </w:pPr>
            <w:r w:rsidRPr="00332C82">
              <w:rPr>
                <w:rFonts w:ascii="Times New Roman" w:hAnsi="Times New Roman" w:cs="Times New Roman"/>
                <w:color w:val="000000" w:themeColor="text1"/>
                <w:sz w:val="20"/>
              </w:rPr>
              <w:t>Öğrencinin talebi / sorunu / danışman tarafından yapılan genel açıklama:</w:t>
            </w:r>
          </w:p>
          <w:p w14:paraId="52E7CF19" w14:textId="77777777" w:rsidR="00EA072D" w:rsidRDefault="00EA072D">
            <w:pPr>
              <w:rPr>
                <w:rFonts w:ascii="Times New Roman" w:hAnsi="Times New Roman" w:cs="Times New Roman"/>
                <w:color w:val="000000" w:themeColor="text1"/>
                <w:sz w:val="20"/>
              </w:rPr>
            </w:pPr>
          </w:p>
          <w:p w14:paraId="1522DCD2" w14:textId="77777777" w:rsidR="00EA072D" w:rsidRDefault="00EA072D">
            <w:pPr>
              <w:rPr>
                <w:rFonts w:ascii="Times New Roman" w:hAnsi="Times New Roman" w:cs="Times New Roman"/>
                <w:color w:val="000000" w:themeColor="text1"/>
                <w:sz w:val="20"/>
              </w:rPr>
            </w:pPr>
          </w:p>
          <w:p w14:paraId="039032CA" w14:textId="77777777" w:rsidR="00EA072D" w:rsidRDefault="00EA072D">
            <w:pPr>
              <w:rPr>
                <w:rFonts w:ascii="Times New Roman" w:hAnsi="Times New Roman" w:cs="Times New Roman"/>
                <w:color w:val="000000" w:themeColor="text1"/>
                <w:sz w:val="20"/>
              </w:rPr>
            </w:pPr>
          </w:p>
          <w:p w14:paraId="6A9599C3" w14:textId="77777777" w:rsidR="00EA072D" w:rsidRDefault="00EA072D">
            <w:pPr>
              <w:rPr>
                <w:rFonts w:ascii="Times New Roman" w:hAnsi="Times New Roman" w:cs="Times New Roman"/>
                <w:color w:val="000000" w:themeColor="text1"/>
                <w:sz w:val="20"/>
              </w:rPr>
            </w:pPr>
          </w:p>
          <w:p w14:paraId="13C9439D" w14:textId="77777777" w:rsidR="00EA072D" w:rsidRDefault="00EA072D">
            <w:pPr>
              <w:rPr>
                <w:rFonts w:ascii="Times New Roman" w:hAnsi="Times New Roman" w:cs="Times New Roman"/>
                <w:color w:val="000000" w:themeColor="text1"/>
                <w:sz w:val="20"/>
              </w:rPr>
            </w:pPr>
          </w:p>
          <w:p w14:paraId="732BAE3A" w14:textId="77777777" w:rsidR="00EA072D" w:rsidRDefault="00EA072D">
            <w:pPr>
              <w:rPr>
                <w:rFonts w:ascii="Times New Roman" w:hAnsi="Times New Roman" w:cs="Times New Roman"/>
                <w:color w:val="000000" w:themeColor="text1"/>
                <w:sz w:val="20"/>
              </w:rPr>
            </w:pPr>
          </w:p>
          <w:p w14:paraId="349652ED" w14:textId="77777777" w:rsidR="00334745" w:rsidRDefault="00334745">
            <w:pPr>
              <w:rPr>
                <w:rFonts w:ascii="Times New Roman" w:hAnsi="Times New Roman" w:cs="Times New Roman"/>
                <w:color w:val="000000" w:themeColor="text1"/>
                <w:sz w:val="20"/>
              </w:rPr>
            </w:pPr>
          </w:p>
          <w:p w14:paraId="4824EF26" w14:textId="77777777" w:rsidR="00EA072D" w:rsidRDefault="00EA072D">
            <w:pPr>
              <w:rPr>
                <w:rFonts w:ascii="Times New Roman" w:hAnsi="Times New Roman" w:cs="Times New Roman"/>
                <w:color w:val="000000" w:themeColor="text1"/>
                <w:sz w:val="20"/>
              </w:rPr>
            </w:pPr>
          </w:p>
          <w:p w14:paraId="0E7EA792" w14:textId="77777777" w:rsidR="00EA072D" w:rsidRDefault="00EA072D">
            <w:pPr>
              <w:rPr>
                <w:rFonts w:ascii="Times New Roman" w:hAnsi="Times New Roman" w:cs="Times New Roman"/>
                <w:color w:val="000000" w:themeColor="text1"/>
                <w:sz w:val="20"/>
              </w:rPr>
            </w:pPr>
          </w:p>
          <w:p w14:paraId="261BDCDC" w14:textId="77777777" w:rsidR="00334745" w:rsidRDefault="00334745">
            <w:pPr>
              <w:rPr>
                <w:rFonts w:ascii="Times New Roman" w:hAnsi="Times New Roman" w:cs="Times New Roman"/>
                <w:color w:val="000000" w:themeColor="text1"/>
                <w:sz w:val="20"/>
              </w:rPr>
            </w:pPr>
          </w:p>
          <w:p w14:paraId="3D11CC45" w14:textId="67003859" w:rsidR="000A22B0" w:rsidRPr="00332C82" w:rsidRDefault="00F91193">
            <w:pPr>
              <w:rPr>
                <w:rFonts w:ascii="Times New Roman" w:hAnsi="Times New Roman" w:cs="Times New Roman"/>
                <w:color w:val="000000" w:themeColor="text1"/>
              </w:rPr>
            </w:pPr>
            <w:r w:rsidRPr="00332C82">
              <w:rPr>
                <w:rFonts w:ascii="Times New Roman" w:hAnsi="Times New Roman" w:cs="Times New Roman"/>
                <w:color w:val="000000" w:themeColor="text1"/>
                <w:sz w:val="20"/>
              </w:rPr>
              <w:br/>
            </w:r>
          </w:p>
        </w:tc>
      </w:tr>
    </w:tbl>
    <w:p w14:paraId="7C7E2111" w14:textId="77777777" w:rsidR="00332C82" w:rsidRPr="00332C82" w:rsidRDefault="00332C82">
      <w:pPr>
        <w:rPr>
          <w:rFonts w:ascii="Times New Roman" w:hAnsi="Times New Roman" w:cs="Times New Roman"/>
          <w:b/>
          <w:color w:val="000000" w:themeColor="text1"/>
          <w:sz w:val="22"/>
        </w:rPr>
      </w:pPr>
    </w:p>
    <w:p w14:paraId="2B06F7D9" w14:textId="1C2A9E7F" w:rsidR="000A22B0" w:rsidRPr="00332C82" w:rsidRDefault="00F91193">
      <w:pPr>
        <w:rPr>
          <w:rFonts w:ascii="Times New Roman" w:hAnsi="Times New Roman" w:cs="Times New Roman"/>
          <w:color w:val="000000" w:themeColor="text1"/>
        </w:rPr>
      </w:pPr>
      <w:r w:rsidRPr="00332C82">
        <w:rPr>
          <w:rFonts w:ascii="Times New Roman" w:hAnsi="Times New Roman" w:cs="Times New Roman"/>
          <w:b/>
          <w:color w:val="000000" w:themeColor="text1"/>
          <w:sz w:val="22"/>
        </w:rPr>
        <w:t>3. Öğrenciye Verilen Bilgilendirme / Yönlendirme</w:t>
      </w:r>
    </w:p>
    <w:tbl>
      <w:tblPr>
        <w:tblStyle w:val="TabloKlavuzu"/>
        <w:tblW w:w="0" w:type="auto"/>
        <w:jc w:val="center"/>
        <w:tblLook w:val="04A0" w:firstRow="1" w:lastRow="0" w:firstColumn="1" w:lastColumn="0" w:noHBand="0" w:noVBand="1"/>
      </w:tblPr>
      <w:tblGrid>
        <w:gridCol w:w="7710"/>
        <w:gridCol w:w="1814"/>
      </w:tblGrid>
      <w:tr w:rsidR="00332C82" w:rsidRPr="00332C82" w14:paraId="7F6A5AE0" w14:textId="77777777">
        <w:trPr>
          <w:jc w:val="center"/>
        </w:trPr>
        <w:tc>
          <w:tcPr>
            <w:tcW w:w="7710" w:type="dxa"/>
            <w:tcMar>
              <w:top w:w="80" w:type="dxa"/>
              <w:left w:w="100" w:type="dxa"/>
              <w:bottom w:w="80" w:type="dxa"/>
              <w:right w:w="100" w:type="dxa"/>
            </w:tcMar>
            <w:vAlign w:val="center"/>
          </w:tcPr>
          <w:p w14:paraId="455F0524" w14:textId="77777777" w:rsidR="000A22B0" w:rsidRPr="00332C82" w:rsidRDefault="00F91193">
            <w:pPr>
              <w:rPr>
                <w:rFonts w:ascii="Times New Roman" w:hAnsi="Times New Roman" w:cs="Times New Roman"/>
                <w:color w:val="000000" w:themeColor="text1"/>
              </w:rPr>
            </w:pPr>
            <w:r w:rsidRPr="00332C82">
              <w:rPr>
                <w:rFonts w:ascii="Times New Roman" w:hAnsi="Times New Roman" w:cs="Times New Roman"/>
                <w:color w:val="000000" w:themeColor="text1"/>
                <w:sz w:val="20"/>
              </w:rPr>
              <w:t>Ders seçimi, ders kayıt, ekleme-bırakma veya çekilme sürecine ilişkin bilgi verildi.</w:t>
            </w:r>
          </w:p>
        </w:tc>
        <w:tc>
          <w:tcPr>
            <w:tcW w:w="1814" w:type="dxa"/>
            <w:tcMar>
              <w:top w:w="80" w:type="dxa"/>
              <w:left w:w="100" w:type="dxa"/>
              <w:bottom w:w="80" w:type="dxa"/>
              <w:right w:w="100" w:type="dxa"/>
            </w:tcMar>
            <w:vAlign w:val="center"/>
          </w:tcPr>
          <w:p w14:paraId="69551097" w14:textId="77777777" w:rsidR="000A22B0" w:rsidRPr="00332C82" w:rsidRDefault="00F91193">
            <w:pPr>
              <w:jc w:val="center"/>
              <w:rPr>
                <w:rFonts w:ascii="Times New Roman" w:hAnsi="Times New Roman" w:cs="Times New Roman"/>
                <w:color w:val="000000" w:themeColor="text1"/>
              </w:rPr>
            </w:pPr>
            <w:r w:rsidRPr="00332C82">
              <w:rPr>
                <w:rFonts w:ascii="Segoe UI Symbol" w:hAnsi="Segoe UI Symbol" w:cs="Segoe UI Symbol"/>
                <w:color w:val="000000" w:themeColor="text1"/>
                <w:sz w:val="24"/>
              </w:rPr>
              <w:t>☐</w:t>
            </w:r>
          </w:p>
        </w:tc>
      </w:tr>
      <w:tr w:rsidR="00332C82" w:rsidRPr="00332C82" w14:paraId="0EBB2C9E" w14:textId="77777777">
        <w:trPr>
          <w:jc w:val="center"/>
        </w:trPr>
        <w:tc>
          <w:tcPr>
            <w:tcW w:w="7710" w:type="dxa"/>
            <w:tcMar>
              <w:top w:w="80" w:type="dxa"/>
              <w:left w:w="100" w:type="dxa"/>
              <w:bottom w:w="80" w:type="dxa"/>
              <w:right w:w="100" w:type="dxa"/>
            </w:tcMar>
            <w:vAlign w:val="center"/>
          </w:tcPr>
          <w:p w14:paraId="2E2D4467" w14:textId="77777777" w:rsidR="000A22B0" w:rsidRPr="00332C82" w:rsidRDefault="00F91193">
            <w:pPr>
              <w:rPr>
                <w:rFonts w:ascii="Times New Roman" w:hAnsi="Times New Roman" w:cs="Times New Roman"/>
                <w:color w:val="000000" w:themeColor="text1"/>
              </w:rPr>
            </w:pPr>
            <w:r w:rsidRPr="00332C82">
              <w:rPr>
                <w:rFonts w:ascii="Times New Roman" w:hAnsi="Times New Roman" w:cs="Times New Roman"/>
                <w:color w:val="000000" w:themeColor="text1"/>
                <w:sz w:val="20"/>
              </w:rPr>
              <w:t>İlgili yönetmelik / yönerge / akademik süreç hakkında açıklama yapıldı.</w:t>
            </w:r>
          </w:p>
        </w:tc>
        <w:tc>
          <w:tcPr>
            <w:tcW w:w="1814" w:type="dxa"/>
            <w:tcMar>
              <w:top w:w="80" w:type="dxa"/>
              <w:left w:w="100" w:type="dxa"/>
              <w:bottom w:w="80" w:type="dxa"/>
              <w:right w:w="100" w:type="dxa"/>
            </w:tcMar>
            <w:vAlign w:val="center"/>
          </w:tcPr>
          <w:p w14:paraId="19A5F52B" w14:textId="77777777" w:rsidR="000A22B0" w:rsidRPr="00332C82" w:rsidRDefault="00F91193">
            <w:pPr>
              <w:jc w:val="center"/>
              <w:rPr>
                <w:rFonts w:ascii="Times New Roman" w:hAnsi="Times New Roman" w:cs="Times New Roman"/>
                <w:color w:val="000000" w:themeColor="text1"/>
              </w:rPr>
            </w:pPr>
            <w:r w:rsidRPr="00332C82">
              <w:rPr>
                <w:rFonts w:ascii="Segoe UI Symbol" w:hAnsi="Segoe UI Symbol" w:cs="Segoe UI Symbol"/>
                <w:color w:val="000000" w:themeColor="text1"/>
                <w:sz w:val="24"/>
              </w:rPr>
              <w:t>☐</w:t>
            </w:r>
          </w:p>
        </w:tc>
      </w:tr>
      <w:tr w:rsidR="00332C82" w:rsidRPr="00332C82" w14:paraId="0722C3BC" w14:textId="77777777">
        <w:trPr>
          <w:jc w:val="center"/>
        </w:trPr>
        <w:tc>
          <w:tcPr>
            <w:tcW w:w="7710" w:type="dxa"/>
            <w:tcMar>
              <w:top w:w="80" w:type="dxa"/>
              <w:left w:w="100" w:type="dxa"/>
              <w:bottom w:w="80" w:type="dxa"/>
              <w:right w:w="100" w:type="dxa"/>
            </w:tcMar>
            <w:vAlign w:val="center"/>
          </w:tcPr>
          <w:p w14:paraId="3DAB7381" w14:textId="77777777" w:rsidR="000A22B0" w:rsidRPr="00332C82" w:rsidRDefault="00F91193">
            <w:pPr>
              <w:rPr>
                <w:rFonts w:ascii="Times New Roman" w:hAnsi="Times New Roman" w:cs="Times New Roman"/>
                <w:color w:val="000000" w:themeColor="text1"/>
              </w:rPr>
            </w:pPr>
            <w:r w:rsidRPr="00332C82">
              <w:rPr>
                <w:rFonts w:ascii="Times New Roman" w:hAnsi="Times New Roman" w:cs="Times New Roman"/>
                <w:color w:val="000000" w:themeColor="text1"/>
                <w:sz w:val="20"/>
              </w:rPr>
              <w:t>Öğrencinin akademik durumu ve izleyebileceği yol hakkında bilgilendirme yapıldı.</w:t>
            </w:r>
          </w:p>
        </w:tc>
        <w:tc>
          <w:tcPr>
            <w:tcW w:w="1814" w:type="dxa"/>
            <w:tcMar>
              <w:top w:w="80" w:type="dxa"/>
              <w:left w:w="100" w:type="dxa"/>
              <w:bottom w:w="80" w:type="dxa"/>
              <w:right w:w="100" w:type="dxa"/>
            </w:tcMar>
            <w:vAlign w:val="center"/>
          </w:tcPr>
          <w:p w14:paraId="757AE7FD" w14:textId="77777777" w:rsidR="000A22B0" w:rsidRPr="00332C82" w:rsidRDefault="00F91193">
            <w:pPr>
              <w:jc w:val="center"/>
              <w:rPr>
                <w:rFonts w:ascii="Times New Roman" w:hAnsi="Times New Roman" w:cs="Times New Roman"/>
                <w:color w:val="000000" w:themeColor="text1"/>
              </w:rPr>
            </w:pPr>
            <w:r w:rsidRPr="00332C82">
              <w:rPr>
                <w:rFonts w:ascii="Segoe UI Symbol" w:hAnsi="Segoe UI Symbol" w:cs="Segoe UI Symbol"/>
                <w:color w:val="000000" w:themeColor="text1"/>
                <w:sz w:val="24"/>
              </w:rPr>
              <w:t>☐</w:t>
            </w:r>
          </w:p>
        </w:tc>
      </w:tr>
      <w:tr w:rsidR="00332C82" w:rsidRPr="00332C82" w14:paraId="245EC804" w14:textId="77777777">
        <w:trPr>
          <w:jc w:val="center"/>
        </w:trPr>
        <w:tc>
          <w:tcPr>
            <w:tcW w:w="7710" w:type="dxa"/>
            <w:tcMar>
              <w:top w:w="80" w:type="dxa"/>
              <w:left w:w="100" w:type="dxa"/>
              <w:bottom w:w="80" w:type="dxa"/>
              <w:right w:w="100" w:type="dxa"/>
            </w:tcMar>
            <w:vAlign w:val="center"/>
          </w:tcPr>
          <w:p w14:paraId="5BBBA949" w14:textId="77777777" w:rsidR="000A22B0" w:rsidRPr="00332C82" w:rsidRDefault="00F91193">
            <w:pPr>
              <w:rPr>
                <w:rFonts w:ascii="Times New Roman" w:hAnsi="Times New Roman" w:cs="Times New Roman"/>
                <w:color w:val="000000" w:themeColor="text1"/>
              </w:rPr>
            </w:pPr>
            <w:r w:rsidRPr="00332C82">
              <w:rPr>
                <w:rFonts w:ascii="Times New Roman" w:hAnsi="Times New Roman" w:cs="Times New Roman"/>
                <w:color w:val="000000" w:themeColor="text1"/>
                <w:sz w:val="20"/>
              </w:rPr>
              <w:t>İlgili idari / akademik birime yönlendirme yapıldı.</w:t>
            </w:r>
          </w:p>
        </w:tc>
        <w:tc>
          <w:tcPr>
            <w:tcW w:w="1814" w:type="dxa"/>
            <w:tcMar>
              <w:top w:w="80" w:type="dxa"/>
              <w:left w:w="100" w:type="dxa"/>
              <w:bottom w:w="80" w:type="dxa"/>
              <w:right w:w="100" w:type="dxa"/>
            </w:tcMar>
            <w:vAlign w:val="center"/>
          </w:tcPr>
          <w:p w14:paraId="495A32E1" w14:textId="77777777" w:rsidR="000A22B0" w:rsidRPr="00332C82" w:rsidRDefault="00F91193">
            <w:pPr>
              <w:jc w:val="center"/>
              <w:rPr>
                <w:rFonts w:ascii="Times New Roman" w:hAnsi="Times New Roman" w:cs="Times New Roman"/>
                <w:color w:val="000000" w:themeColor="text1"/>
              </w:rPr>
            </w:pPr>
            <w:r w:rsidRPr="00332C82">
              <w:rPr>
                <w:rFonts w:ascii="Segoe UI Symbol" w:hAnsi="Segoe UI Symbol" w:cs="Segoe UI Symbol"/>
                <w:color w:val="000000" w:themeColor="text1"/>
                <w:sz w:val="24"/>
              </w:rPr>
              <w:t>☐</w:t>
            </w:r>
          </w:p>
        </w:tc>
      </w:tr>
      <w:tr w:rsidR="00332C82" w:rsidRPr="00332C82" w14:paraId="3D0A8727" w14:textId="77777777">
        <w:trPr>
          <w:jc w:val="center"/>
        </w:trPr>
        <w:tc>
          <w:tcPr>
            <w:tcW w:w="7710" w:type="dxa"/>
            <w:tcMar>
              <w:top w:w="80" w:type="dxa"/>
              <w:left w:w="100" w:type="dxa"/>
              <w:bottom w:w="80" w:type="dxa"/>
              <w:right w:w="100" w:type="dxa"/>
            </w:tcMar>
            <w:vAlign w:val="center"/>
          </w:tcPr>
          <w:p w14:paraId="632C18F8" w14:textId="77777777" w:rsidR="000A22B0" w:rsidRPr="00332C82" w:rsidRDefault="00F91193">
            <w:pPr>
              <w:rPr>
                <w:rFonts w:ascii="Times New Roman" w:hAnsi="Times New Roman" w:cs="Times New Roman"/>
                <w:color w:val="000000" w:themeColor="text1"/>
              </w:rPr>
            </w:pPr>
            <w:r w:rsidRPr="00332C82">
              <w:rPr>
                <w:rFonts w:ascii="Times New Roman" w:hAnsi="Times New Roman" w:cs="Times New Roman"/>
                <w:color w:val="000000" w:themeColor="text1"/>
                <w:sz w:val="20"/>
              </w:rPr>
              <w:t>Psikolojik danışmanlık / rehberlik veya destek birimlerine yönlendirme önerildi.</w:t>
            </w:r>
          </w:p>
        </w:tc>
        <w:tc>
          <w:tcPr>
            <w:tcW w:w="1814" w:type="dxa"/>
            <w:tcMar>
              <w:top w:w="80" w:type="dxa"/>
              <w:left w:w="100" w:type="dxa"/>
              <w:bottom w:w="80" w:type="dxa"/>
              <w:right w:w="100" w:type="dxa"/>
            </w:tcMar>
            <w:vAlign w:val="center"/>
          </w:tcPr>
          <w:p w14:paraId="2DC6C1EE" w14:textId="77777777" w:rsidR="000A22B0" w:rsidRPr="00332C82" w:rsidRDefault="00F91193">
            <w:pPr>
              <w:jc w:val="center"/>
              <w:rPr>
                <w:rFonts w:ascii="Times New Roman" w:hAnsi="Times New Roman" w:cs="Times New Roman"/>
                <w:color w:val="000000" w:themeColor="text1"/>
              </w:rPr>
            </w:pPr>
            <w:r w:rsidRPr="00332C82">
              <w:rPr>
                <w:rFonts w:ascii="Segoe UI Symbol" w:hAnsi="Segoe UI Symbol" w:cs="Segoe UI Symbol"/>
                <w:color w:val="000000" w:themeColor="text1"/>
                <w:sz w:val="24"/>
              </w:rPr>
              <w:t>☐</w:t>
            </w:r>
          </w:p>
        </w:tc>
      </w:tr>
      <w:tr w:rsidR="00332C82" w:rsidRPr="00332C82" w14:paraId="64D43356" w14:textId="77777777">
        <w:trPr>
          <w:jc w:val="center"/>
        </w:trPr>
        <w:tc>
          <w:tcPr>
            <w:tcW w:w="7710" w:type="dxa"/>
            <w:tcMar>
              <w:top w:w="80" w:type="dxa"/>
              <w:left w:w="100" w:type="dxa"/>
              <w:bottom w:w="80" w:type="dxa"/>
              <w:right w:w="100" w:type="dxa"/>
            </w:tcMar>
            <w:vAlign w:val="center"/>
          </w:tcPr>
          <w:p w14:paraId="57EFA5C7" w14:textId="77777777" w:rsidR="000A22B0" w:rsidRPr="00332C82" w:rsidRDefault="00F91193">
            <w:pPr>
              <w:rPr>
                <w:rFonts w:ascii="Times New Roman" w:hAnsi="Times New Roman" w:cs="Times New Roman"/>
                <w:color w:val="000000" w:themeColor="text1"/>
              </w:rPr>
            </w:pPr>
            <w:r w:rsidRPr="00332C82">
              <w:rPr>
                <w:rFonts w:ascii="Times New Roman" w:hAnsi="Times New Roman" w:cs="Times New Roman"/>
                <w:color w:val="000000" w:themeColor="text1"/>
                <w:sz w:val="20"/>
              </w:rPr>
              <w:t>Bir sonraki görüşme / takip süreci planlandı.</w:t>
            </w:r>
          </w:p>
        </w:tc>
        <w:tc>
          <w:tcPr>
            <w:tcW w:w="1814" w:type="dxa"/>
            <w:tcMar>
              <w:top w:w="80" w:type="dxa"/>
              <w:left w:w="100" w:type="dxa"/>
              <w:bottom w:w="80" w:type="dxa"/>
              <w:right w:w="100" w:type="dxa"/>
            </w:tcMar>
            <w:vAlign w:val="center"/>
          </w:tcPr>
          <w:p w14:paraId="1FB7AF7E" w14:textId="77777777" w:rsidR="000A22B0" w:rsidRPr="00332C82" w:rsidRDefault="00F91193">
            <w:pPr>
              <w:jc w:val="center"/>
              <w:rPr>
                <w:rFonts w:ascii="Times New Roman" w:hAnsi="Times New Roman" w:cs="Times New Roman"/>
                <w:color w:val="000000" w:themeColor="text1"/>
              </w:rPr>
            </w:pPr>
            <w:r w:rsidRPr="00332C82">
              <w:rPr>
                <w:rFonts w:ascii="Segoe UI Symbol" w:hAnsi="Segoe UI Symbol" w:cs="Segoe UI Symbol"/>
                <w:color w:val="000000" w:themeColor="text1"/>
                <w:sz w:val="24"/>
              </w:rPr>
              <w:t>☐</w:t>
            </w:r>
          </w:p>
        </w:tc>
      </w:tr>
    </w:tbl>
    <w:p w14:paraId="3BC25DC8" w14:textId="77777777" w:rsidR="000A22B0" w:rsidRPr="00332C82" w:rsidRDefault="00F91193">
      <w:pPr>
        <w:rPr>
          <w:rFonts w:ascii="Times New Roman" w:hAnsi="Times New Roman" w:cs="Times New Roman"/>
          <w:color w:val="000000" w:themeColor="text1"/>
        </w:rPr>
      </w:pPr>
      <w:r w:rsidRPr="00332C82">
        <w:rPr>
          <w:rFonts w:ascii="Times New Roman" w:hAnsi="Times New Roman" w:cs="Times New Roman"/>
          <w:b/>
          <w:color w:val="000000" w:themeColor="text1"/>
          <w:sz w:val="22"/>
        </w:rPr>
        <w:t>4. Beyan</w:t>
      </w:r>
    </w:p>
    <w:tbl>
      <w:tblPr>
        <w:tblStyle w:val="TabloKlavuzu"/>
        <w:tblW w:w="0" w:type="auto"/>
        <w:jc w:val="center"/>
        <w:tblLook w:val="04A0" w:firstRow="1" w:lastRow="0" w:firstColumn="1" w:lastColumn="0" w:noHBand="0" w:noVBand="1"/>
      </w:tblPr>
      <w:tblGrid>
        <w:gridCol w:w="9524"/>
      </w:tblGrid>
      <w:tr w:rsidR="00332C82" w:rsidRPr="00332C82" w14:paraId="22A262DD" w14:textId="77777777">
        <w:trPr>
          <w:jc w:val="center"/>
        </w:trPr>
        <w:tc>
          <w:tcPr>
            <w:tcW w:w="9524" w:type="dxa"/>
            <w:shd w:val="clear" w:color="auto" w:fill="FAFAFA"/>
            <w:tcMar>
              <w:top w:w="80" w:type="dxa"/>
              <w:left w:w="100" w:type="dxa"/>
              <w:bottom w:w="80" w:type="dxa"/>
              <w:right w:w="100" w:type="dxa"/>
            </w:tcMar>
            <w:vAlign w:val="center"/>
          </w:tcPr>
          <w:p w14:paraId="2A949EF2" w14:textId="77777777" w:rsidR="000A22B0" w:rsidRPr="00332C82" w:rsidRDefault="00F91193">
            <w:pPr>
              <w:rPr>
                <w:rFonts w:ascii="Times New Roman" w:hAnsi="Times New Roman" w:cs="Times New Roman"/>
                <w:color w:val="000000" w:themeColor="text1"/>
              </w:rPr>
            </w:pPr>
            <w:r w:rsidRPr="00332C82">
              <w:rPr>
                <w:rFonts w:ascii="Times New Roman" w:hAnsi="Times New Roman" w:cs="Times New Roman"/>
                <w:color w:val="000000" w:themeColor="text1"/>
                <w:sz w:val="20"/>
              </w:rPr>
              <w:t>Yukarıda belirtilen konu kapsamında tarafıma gerekli bilgilendirme yapılmış olup, danışmanım tarafından yapılan açıklamaları ve yönlendirmeleri anladığımı kabul ederim. Gerektiğinde ilgili mevzuatı takip edeceğimi ve/veya belirtilen birimlere başvuracağımı beyan ederim.</w:t>
            </w:r>
          </w:p>
        </w:tc>
      </w:tr>
    </w:tbl>
    <w:p w14:paraId="4AB76D8F" w14:textId="77777777" w:rsidR="000A22B0" w:rsidRPr="00332C82" w:rsidRDefault="00F91193">
      <w:pPr>
        <w:rPr>
          <w:rFonts w:ascii="Times New Roman" w:hAnsi="Times New Roman" w:cs="Times New Roman"/>
          <w:color w:val="000000" w:themeColor="text1"/>
        </w:rPr>
      </w:pPr>
      <w:r w:rsidRPr="00332C82">
        <w:rPr>
          <w:rFonts w:ascii="Times New Roman" w:hAnsi="Times New Roman" w:cs="Times New Roman"/>
          <w:b/>
          <w:color w:val="000000" w:themeColor="text1"/>
          <w:sz w:val="22"/>
        </w:rPr>
        <w:t>5. İmzalar</w:t>
      </w:r>
    </w:p>
    <w:tbl>
      <w:tblPr>
        <w:tblStyle w:val="TabloKlavuzu"/>
        <w:tblW w:w="0" w:type="auto"/>
        <w:jc w:val="center"/>
        <w:tblLook w:val="04A0" w:firstRow="1" w:lastRow="0" w:firstColumn="1" w:lastColumn="0" w:noHBand="0" w:noVBand="1"/>
      </w:tblPr>
      <w:tblGrid>
        <w:gridCol w:w="4762"/>
        <w:gridCol w:w="4762"/>
      </w:tblGrid>
      <w:tr w:rsidR="00332C82" w:rsidRPr="00332C82" w14:paraId="5CD33359" w14:textId="77777777">
        <w:trPr>
          <w:jc w:val="center"/>
        </w:trPr>
        <w:tc>
          <w:tcPr>
            <w:tcW w:w="4762" w:type="dxa"/>
            <w:shd w:val="clear" w:color="auto" w:fill="EAF1F8"/>
            <w:tcMar>
              <w:top w:w="80" w:type="dxa"/>
              <w:left w:w="100" w:type="dxa"/>
              <w:bottom w:w="80" w:type="dxa"/>
              <w:right w:w="100" w:type="dxa"/>
            </w:tcMar>
            <w:vAlign w:val="center"/>
          </w:tcPr>
          <w:p w14:paraId="79F2E668" w14:textId="77777777" w:rsidR="000A22B0" w:rsidRPr="00332C82" w:rsidRDefault="00F91193">
            <w:pPr>
              <w:jc w:val="center"/>
              <w:rPr>
                <w:rFonts w:ascii="Times New Roman" w:hAnsi="Times New Roman" w:cs="Times New Roman"/>
                <w:color w:val="000000" w:themeColor="text1"/>
              </w:rPr>
            </w:pPr>
            <w:r w:rsidRPr="00332C82">
              <w:rPr>
                <w:rFonts w:ascii="Times New Roman" w:hAnsi="Times New Roman" w:cs="Times New Roman"/>
                <w:b/>
                <w:color w:val="000000" w:themeColor="text1"/>
                <w:sz w:val="20"/>
              </w:rPr>
              <w:t>Danışmanın</w:t>
            </w:r>
          </w:p>
        </w:tc>
        <w:tc>
          <w:tcPr>
            <w:tcW w:w="4762" w:type="dxa"/>
            <w:shd w:val="clear" w:color="auto" w:fill="EAF1F8"/>
            <w:tcMar>
              <w:top w:w="80" w:type="dxa"/>
              <w:left w:w="100" w:type="dxa"/>
              <w:bottom w:w="80" w:type="dxa"/>
              <w:right w:w="100" w:type="dxa"/>
            </w:tcMar>
            <w:vAlign w:val="center"/>
          </w:tcPr>
          <w:p w14:paraId="767E0D5A" w14:textId="77777777" w:rsidR="000A22B0" w:rsidRPr="00332C82" w:rsidRDefault="00F91193">
            <w:pPr>
              <w:jc w:val="center"/>
              <w:rPr>
                <w:rFonts w:ascii="Times New Roman" w:hAnsi="Times New Roman" w:cs="Times New Roman"/>
                <w:color w:val="000000" w:themeColor="text1"/>
              </w:rPr>
            </w:pPr>
            <w:r w:rsidRPr="00332C82">
              <w:rPr>
                <w:rFonts w:ascii="Times New Roman" w:hAnsi="Times New Roman" w:cs="Times New Roman"/>
                <w:b/>
                <w:color w:val="000000" w:themeColor="text1"/>
                <w:sz w:val="20"/>
              </w:rPr>
              <w:t>Öğrencinin</w:t>
            </w:r>
          </w:p>
        </w:tc>
      </w:tr>
      <w:tr w:rsidR="00332C82" w:rsidRPr="00332C82" w14:paraId="5B1EBC16" w14:textId="77777777">
        <w:trPr>
          <w:jc w:val="center"/>
        </w:trPr>
        <w:tc>
          <w:tcPr>
            <w:tcW w:w="4762" w:type="dxa"/>
            <w:tcMar>
              <w:top w:w="80" w:type="dxa"/>
              <w:left w:w="100" w:type="dxa"/>
              <w:bottom w:w="80" w:type="dxa"/>
              <w:right w:w="100" w:type="dxa"/>
            </w:tcMar>
            <w:vAlign w:val="center"/>
          </w:tcPr>
          <w:p w14:paraId="2D65CEB3" w14:textId="77777777" w:rsidR="000A22B0" w:rsidRPr="00332C82" w:rsidRDefault="00F91193">
            <w:pPr>
              <w:rPr>
                <w:rFonts w:ascii="Times New Roman" w:hAnsi="Times New Roman" w:cs="Times New Roman"/>
                <w:color w:val="000000" w:themeColor="text1"/>
              </w:rPr>
            </w:pPr>
            <w:r w:rsidRPr="00332C82">
              <w:rPr>
                <w:rFonts w:ascii="Times New Roman" w:hAnsi="Times New Roman" w:cs="Times New Roman"/>
                <w:color w:val="000000" w:themeColor="text1"/>
                <w:sz w:val="20"/>
              </w:rPr>
              <w:t>Adı Soyadı:</w:t>
            </w:r>
            <w:r w:rsidRPr="00332C82">
              <w:rPr>
                <w:rFonts w:ascii="Times New Roman" w:hAnsi="Times New Roman" w:cs="Times New Roman"/>
                <w:color w:val="000000" w:themeColor="text1"/>
                <w:sz w:val="20"/>
              </w:rPr>
              <w:br/>
              <w:t>................................................</w:t>
            </w:r>
            <w:r w:rsidRPr="00332C82">
              <w:rPr>
                <w:rFonts w:ascii="Times New Roman" w:hAnsi="Times New Roman" w:cs="Times New Roman"/>
                <w:color w:val="000000" w:themeColor="text1"/>
                <w:sz w:val="20"/>
              </w:rPr>
              <w:br/>
            </w:r>
            <w:r w:rsidRPr="00332C82">
              <w:rPr>
                <w:rFonts w:ascii="Times New Roman" w:hAnsi="Times New Roman" w:cs="Times New Roman"/>
                <w:color w:val="000000" w:themeColor="text1"/>
                <w:sz w:val="20"/>
              </w:rPr>
              <w:br/>
              <w:t>İmza:</w:t>
            </w:r>
            <w:r w:rsidRPr="00332C82">
              <w:rPr>
                <w:rFonts w:ascii="Times New Roman" w:hAnsi="Times New Roman" w:cs="Times New Roman"/>
                <w:color w:val="000000" w:themeColor="text1"/>
                <w:sz w:val="20"/>
              </w:rPr>
              <w:br/>
              <w:t>................................................</w:t>
            </w:r>
          </w:p>
        </w:tc>
        <w:tc>
          <w:tcPr>
            <w:tcW w:w="4762" w:type="dxa"/>
            <w:tcMar>
              <w:top w:w="80" w:type="dxa"/>
              <w:left w:w="100" w:type="dxa"/>
              <w:bottom w:w="80" w:type="dxa"/>
              <w:right w:w="100" w:type="dxa"/>
            </w:tcMar>
            <w:vAlign w:val="center"/>
          </w:tcPr>
          <w:p w14:paraId="35B77C0D" w14:textId="77777777" w:rsidR="000A22B0" w:rsidRPr="00332C82" w:rsidRDefault="00F91193">
            <w:pPr>
              <w:rPr>
                <w:rFonts w:ascii="Times New Roman" w:hAnsi="Times New Roman" w:cs="Times New Roman"/>
                <w:color w:val="000000" w:themeColor="text1"/>
              </w:rPr>
            </w:pPr>
            <w:r w:rsidRPr="00332C82">
              <w:rPr>
                <w:rFonts w:ascii="Times New Roman" w:hAnsi="Times New Roman" w:cs="Times New Roman"/>
                <w:color w:val="000000" w:themeColor="text1"/>
                <w:sz w:val="20"/>
              </w:rPr>
              <w:t>Adı Soyadı:</w:t>
            </w:r>
            <w:r w:rsidRPr="00332C82">
              <w:rPr>
                <w:rFonts w:ascii="Times New Roman" w:hAnsi="Times New Roman" w:cs="Times New Roman"/>
                <w:color w:val="000000" w:themeColor="text1"/>
                <w:sz w:val="20"/>
              </w:rPr>
              <w:br/>
              <w:t>................................................</w:t>
            </w:r>
            <w:r w:rsidRPr="00332C82">
              <w:rPr>
                <w:rFonts w:ascii="Times New Roman" w:hAnsi="Times New Roman" w:cs="Times New Roman"/>
                <w:color w:val="000000" w:themeColor="text1"/>
                <w:sz w:val="20"/>
              </w:rPr>
              <w:br/>
            </w:r>
            <w:r w:rsidRPr="00332C82">
              <w:rPr>
                <w:rFonts w:ascii="Times New Roman" w:hAnsi="Times New Roman" w:cs="Times New Roman"/>
                <w:color w:val="000000" w:themeColor="text1"/>
                <w:sz w:val="20"/>
              </w:rPr>
              <w:br/>
              <w:t>İmza:</w:t>
            </w:r>
            <w:r w:rsidRPr="00332C82">
              <w:rPr>
                <w:rFonts w:ascii="Times New Roman" w:hAnsi="Times New Roman" w:cs="Times New Roman"/>
                <w:color w:val="000000" w:themeColor="text1"/>
                <w:sz w:val="20"/>
              </w:rPr>
              <w:br/>
              <w:t>................................................</w:t>
            </w:r>
          </w:p>
        </w:tc>
      </w:tr>
    </w:tbl>
    <w:p w14:paraId="45228F21" w14:textId="77777777" w:rsidR="000A22B0" w:rsidRPr="00332C82" w:rsidRDefault="00F91193">
      <w:pPr>
        <w:rPr>
          <w:rFonts w:ascii="Times New Roman" w:hAnsi="Times New Roman" w:cs="Times New Roman"/>
          <w:color w:val="000000" w:themeColor="text1"/>
        </w:rPr>
      </w:pPr>
      <w:r w:rsidRPr="00332C82">
        <w:rPr>
          <w:rFonts w:ascii="Times New Roman" w:hAnsi="Times New Roman" w:cs="Times New Roman"/>
          <w:color w:val="000000" w:themeColor="text1"/>
          <w:sz w:val="18"/>
        </w:rPr>
        <w:t>Not: Bu tutanak, öğrencinin özel durumuna ilişkin ayrıntılı kişisel veri içermeyecek şekilde, yalnızca danışmanlık görüşmesinin yapıldığını ve konu hakkında bilgilendirme sağlandığını belgeleme amacıyla düzenlenir. Uygun görüldüğünde öğrenci dosyasında muhafaza edilir.</w:t>
      </w:r>
    </w:p>
    <w:p w14:paraId="59D9B77C" w14:textId="31734847" w:rsidR="007A2A95" w:rsidRDefault="00F91193">
      <w:pPr>
        <w:rPr>
          <w:rFonts w:ascii="Times New Roman" w:hAnsi="Times New Roman" w:cs="Times New Roman"/>
          <w:b/>
          <w:color w:val="000000" w:themeColor="text1"/>
          <w:sz w:val="18"/>
        </w:rPr>
      </w:pPr>
      <w:r w:rsidRPr="00332C82">
        <w:rPr>
          <w:rFonts w:ascii="Times New Roman" w:hAnsi="Times New Roman" w:cs="Times New Roman"/>
          <w:b/>
          <w:color w:val="000000" w:themeColor="text1"/>
          <w:sz w:val="18"/>
        </w:rPr>
        <w:t>Dayanak: İstanbul Yeni Yüzyıl Üniversitesi Öğrenci Danışmanlık Yönergesi.</w:t>
      </w:r>
    </w:p>
    <w:p w14:paraId="207ABC19" w14:textId="6B97B9CD" w:rsidR="00C75762" w:rsidRPr="00CB2366" w:rsidRDefault="007A2A95" w:rsidP="00CB2366">
      <w:pPr>
        <w:rPr>
          <w:rFonts w:ascii="Times New Roman" w:hAnsi="Times New Roman" w:cs="Times New Roman"/>
          <w:b/>
          <w:color w:val="000000" w:themeColor="text1"/>
          <w:sz w:val="18"/>
        </w:rPr>
      </w:pPr>
      <w:r>
        <w:rPr>
          <w:rFonts w:ascii="Times New Roman" w:hAnsi="Times New Roman" w:cs="Times New Roman"/>
          <w:b/>
          <w:color w:val="000000" w:themeColor="text1"/>
          <w:sz w:val="18"/>
        </w:rPr>
        <w:br w:type="page"/>
      </w:r>
    </w:p>
    <w:p w14:paraId="722DC630" w14:textId="77777777" w:rsidR="00642C42" w:rsidRDefault="00C75762" w:rsidP="00C75762">
      <w:pPr>
        <w:jc w:val="center"/>
        <w:rPr>
          <w:rFonts w:ascii="Times New Roman" w:hAnsi="Times New Roman" w:cs="Times New Roman"/>
          <w:b/>
          <w:color w:val="000000" w:themeColor="text1"/>
          <w:sz w:val="20"/>
          <w:szCs w:val="20"/>
        </w:rPr>
      </w:pPr>
      <w:r w:rsidRPr="00B175E3">
        <w:rPr>
          <w:rFonts w:ascii="Times New Roman" w:hAnsi="Times New Roman" w:cs="Times New Roman"/>
          <w:b/>
          <w:color w:val="000000" w:themeColor="text1"/>
          <w:sz w:val="20"/>
          <w:szCs w:val="20"/>
        </w:rPr>
        <w:lastRenderedPageBreak/>
        <w:t>İSTANBUL YENİ YÜZYIL ÜNİVERSİTESİ</w:t>
      </w:r>
      <w:r w:rsidRPr="00B175E3">
        <w:rPr>
          <w:rFonts w:ascii="Times New Roman" w:hAnsi="Times New Roman" w:cs="Times New Roman"/>
          <w:b/>
          <w:color w:val="000000" w:themeColor="text1"/>
          <w:sz w:val="20"/>
          <w:szCs w:val="20"/>
        </w:rPr>
        <w:br/>
        <w:t>İKTİSADİ VE İDARİ BİLİMLER FAKÜLTESİ</w:t>
      </w:r>
    </w:p>
    <w:p w14:paraId="1F8EDD5B" w14:textId="0125CDEF" w:rsidR="00C75762" w:rsidRPr="00B175E3" w:rsidRDefault="00642C42" w:rsidP="00C75762">
      <w:pPr>
        <w:jc w:val="center"/>
        <w:rPr>
          <w:rFonts w:ascii="Times New Roman" w:hAnsi="Times New Roman" w:cs="Times New Roman"/>
          <w:color w:val="000000" w:themeColor="text1"/>
          <w:sz w:val="20"/>
          <w:szCs w:val="20"/>
        </w:rPr>
      </w:pPr>
      <w:r>
        <w:rPr>
          <w:rFonts w:ascii="Times New Roman" w:hAnsi="Times New Roman" w:cs="Times New Roman"/>
          <w:b/>
          <w:color w:val="000000" w:themeColor="text1"/>
          <w:sz w:val="20"/>
          <w:szCs w:val="20"/>
        </w:rPr>
        <w:t>İŞLETME BÖLÜMÜ</w:t>
      </w:r>
      <w:r w:rsidR="00C75762" w:rsidRPr="00B175E3">
        <w:rPr>
          <w:rFonts w:ascii="Times New Roman" w:hAnsi="Times New Roman" w:cs="Times New Roman"/>
          <w:b/>
          <w:color w:val="000000" w:themeColor="text1"/>
          <w:sz w:val="20"/>
          <w:szCs w:val="20"/>
        </w:rPr>
        <w:br/>
        <w:t>ÖĞRENCİ DANIŞMANLIK BİLGİLENDİRME VE İMZA TUTANAĞI</w:t>
      </w:r>
    </w:p>
    <w:p w14:paraId="46CEB078" w14:textId="77777777" w:rsidR="00C75762" w:rsidRPr="00B175E3" w:rsidRDefault="00C75762" w:rsidP="00C75762">
      <w:pPr>
        <w:jc w:val="center"/>
        <w:rPr>
          <w:rFonts w:ascii="Times New Roman" w:hAnsi="Times New Roman" w:cs="Times New Roman"/>
          <w:color w:val="000000" w:themeColor="text1"/>
          <w:sz w:val="20"/>
          <w:szCs w:val="20"/>
        </w:rPr>
      </w:pPr>
      <w:r w:rsidRPr="00B175E3">
        <w:rPr>
          <w:rFonts w:ascii="Times New Roman" w:hAnsi="Times New Roman" w:cs="Times New Roman"/>
          <w:i/>
          <w:color w:val="000000" w:themeColor="text1"/>
          <w:sz w:val="20"/>
          <w:szCs w:val="20"/>
        </w:rPr>
        <w:t>Akademik yıl / yarıyıl başında öğrencilere yapılan danışmanlık bilgilendirmesine ilişkin katılım ve imza tutanağı</w:t>
      </w:r>
    </w:p>
    <w:p w14:paraId="0254BF38" w14:textId="77777777" w:rsidR="00C75762" w:rsidRPr="00B175E3" w:rsidRDefault="00C75762" w:rsidP="00C75762">
      <w:pPr>
        <w:spacing w:before="60" w:after="160"/>
        <w:ind w:firstLine="720"/>
        <w:jc w:val="both"/>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Bu tutanak, İstanbul Yeni Yüzyıl Üniversitesi Öğrenci Danışmanlık Yönergesi kapsamında, öğrencilere danışmanlık süreçleri hakkında bilgilendirmenin kayıt altına alınması amacıyla düzenlenmiştir. Aşağıda imzası bulunan öğrenciler, belirtilen tarihte gerçekleştirilen bilgilendirme toplantısına katıldıklarını ve kendilerine aşağıda belirtilen hususlarda bilgi verildiğini kabul ederler.</w:t>
      </w:r>
    </w:p>
    <w:p w14:paraId="08386FBC" w14:textId="77777777" w:rsidR="00C75762" w:rsidRPr="00B175E3" w:rsidRDefault="00C75762" w:rsidP="00C75762">
      <w:pPr>
        <w:rPr>
          <w:rFonts w:ascii="Times New Roman" w:hAnsi="Times New Roman" w:cs="Times New Roman"/>
          <w:color w:val="000000" w:themeColor="text1"/>
          <w:sz w:val="20"/>
          <w:szCs w:val="20"/>
        </w:rPr>
      </w:pPr>
      <w:r w:rsidRPr="00B175E3">
        <w:rPr>
          <w:rFonts w:ascii="Times New Roman" w:hAnsi="Times New Roman" w:cs="Times New Roman"/>
          <w:b/>
          <w:color w:val="000000" w:themeColor="text1"/>
          <w:sz w:val="20"/>
          <w:szCs w:val="20"/>
        </w:rPr>
        <w:t>Toplantı Bilgileri</w:t>
      </w:r>
    </w:p>
    <w:tbl>
      <w:tblPr>
        <w:tblW w:w="0" w:type="auto"/>
        <w:jc w:val="center"/>
        <w:tblBorders>
          <w:top w:val="single" w:sz="8" w:space="0" w:color="9FBAD0"/>
          <w:left w:val="single" w:sz="8" w:space="0" w:color="9FBAD0"/>
          <w:bottom w:val="single" w:sz="8" w:space="0" w:color="9FBAD0"/>
          <w:right w:val="single" w:sz="8" w:space="0" w:color="9FBAD0"/>
          <w:insideH w:val="single" w:sz="8" w:space="0" w:color="9FBAD0"/>
          <w:insideV w:val="single" w:sz="8" w:space="0" w:color="9FBAD0"/>
        </w:tblBorders>
        <w:tblLayout w:type="fixed"/>
        <w:tblLook w:val="04A0" w:firstRow="1" w:lastRow="0" w:firstColumn="1" w:lastColumn="0" w:noHBand="0" w:noVBand="1"/>
      </w:tblPr>
      <w:tblGrid>
        <w:gridCol w:w="2041"/>
        <w:gridCol w:w="3175"/>
        <w:gridCol w:w="2268"/>
        <w:gridCol w:w="2268"/>
      </w:tblGrid>
      <w:tr w:rsidR="00C75762" w:rsidRPr="00B175E3" w14:paraId="3CC5236F" w14:textId="77777777" w:rsidTr="009D1256">
        <w:trPr>
          <w:jc w:val="center"/>
        </w:trPr>
        <w:tc>
          <w:tcPr>
            <w:tcW w:w="2041" w:type="dxa"/>
            <w:shd w:val="clear" w:color="auto" w:fill="D9EAF7"/>
            <w:tcMar>
              <w:top w:w="100" w:type="dxa"/>
              <w:left w:w="120" w:type="dxa"/>
              <w:bottom w:w="100" w:type="dxa"/>
              <w:right w:w="120" w:type="dxa"/>
            </w:tcMar>
            <w:vAlign w:val="center"/>
          </w:tcPr>
          <w:p w14:paraId="78232F1A" w14:textId="77777777" w:rsidR="00C75762" w:rsidRPr="00B175E3" w:rsidRDefault="00C75762" w:rsidP="009D1256">
            <w:pPr>
              <w:spacing w:after="0"/>
              <w:rPr>
                <w:rFonts w:ascii="Times New Roman" w:hAnsi="Times New Roman" w:cs="Times New Roman"/>
                <w:color w:val="000000" w:themeColor="text1"/>
                <w:sz w:val="20"/>
                <w:szCs w:val="20"/>
              </w:rPr>
            </w:pPr>
            <w:r w:rsidRPr="00B175E3">
              <w:rPr>
                <w:rFonts w:ascii="Times New Roman" w:hAnsi="Times New Roman" w:cs="Times New Roman"/>
                <w:b/>
                <w:color w:val="000000" w:themeColor="text1"/>
                <w:sz w:val="20"/>
                <w:szCs w:val="20"/>
              </w:rPr>
              <w:t>Bölüm / Program</w:t>
            </w:r>
          </w:p>
        </w:tc>
        <w:tc>
          <w:tcPr>
            <w:tcW w:w="3175" w:type="dxa"/>
            <w:shd w:val="clear" w:color="auto" w:fill="FFFFFF"/>
            <w:tcMar>
              <w:top w:w="100" w:type="dxa"/>
              <w:left w:w="120" w:type="dxa"/>
              <w:bottom w:w="100" w:type="dxa"/>
              <w:right w:w="120" w:type="dxa"/>
            </w:tcMar>
            <w:vAlign w:val="center"/>
          </w:tcPr>
          <w:p w14:paraId="78D2E4EE" w14:textId="77777777" w:rsidR="00C75762" w:rsidRPr="00B175E3" w:rsidRDefault="00C75762" w:rsidP="009D1256">
            <w:pPr>
              <w:spacing w:after="0"/>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w:t>
            </w:r>
          </w:p>
        </w:tc>
        <w:tc>
          <w:tcPr>
            <w:tcW w:w="2268" w:type="dxa"/>
            <w:shd w:val="clear" w:color="auto" w:fill="D9EAF7"/>
            <w:tcMar>
              <w:top w:w="100" w:type="dxa"/>
              <w:left w:w="120" w:type="dxa"/>
              <w:bottom w:w="100" w:type="dxa"/>
              <w:right w:w="120" w:type="dxa"/>
            </w:tcMar>
            <w:vAlign w:val="center"/>
          </w:tcPr>
          <w:p w14:paraId="4DA57020" w14:textId="77777777" w:rsidR="00C75762" w:rsidRPr="00B175E3" w:rsidRDefault="00C75762" w:rsidP="009D1256">
            <w:pPr>
              <w:spacing w:after="0"/>
              <w:rPr>
                <w:rFonts w:ascii="Times New Roman" w:hAnsi="Times New Roman" w:cs="Times New Roman"/>
                <w:color w:val="000000" w:themeColor="text1"/>
                <w:sz w:val="20"/>
                <w:szCs w:val="20"/>
              </w:rPr>
            </w:pPr>
            <w:r w:rsidRPr="00B175E3">
              <w:rPr>
                <w:rFonts w:ascii="Times New Roman" w:hAnsi="Times New Roman" w:cs="Times New Roman"/>
                <w:b/>
                <w:color w:val="000000" w:themeColor="text1"/>
                <w:sz w:val="20"/>
                <w:szCs w:val="20"/>
              </w:rPr>
              <w:t>Akademik Yıl / Yarıyıl</w:t>
            </w:r>
          </w:p>
        </w:tc>
        <w:tc>
          <w:tcPr>
            <w:tcW w:w="2268" w:type="dxa"/>
            <w:shd w:val="clear" w:color="auto" w:fill="FFFFFF"/>
            <w:tcMar>
              <w:top w:w="100" w:type="dxa"/>
              <w:left w:w="120" w:type="dxa"/>
              <w:bottom w:w="100" w:type="dxa"/>
              <w:right w:w="120" w:type="dxa"/>
            </w:tcMar>
            <w:vAlign w:val="center"/>
          </w:tcPr>
          <w:p w14:paraId="5ECB6A98" w14:textId="77777777" w:rsidR="00C75762" w:rsidRPr="00B175E3" w:rsidRDefault="00C75762" w:rsidP="009D1256">
            <w:pPr>
              <w:spacing w:after="0"/>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w:t>
            </w:r>
          </w:p>
        </w:tc>
      </w:tr>
      <w:tr w:rsidR="00C75762" w:rsidRPr="00B175E3" w14:paraId="4F5A9034" w14:textId="77777777" w:rsidTr="009D1256">
        <w:trPr>
          <w:jc w:val="center"/>
        </w:trPr>
        <w:tc>
          <w:tcPr>
            <w:tcW w:w="2041" w:type="dxa"/>
            <w:shd w:val="clear" w:color="auto" w:fill="D9EAF7"/>
            <w:tcMar>
              <w:top w:w="100" w:type="dxa"/>
              <w:left w:w="120" w:type="dxa"/>
              <w:bottom w:w="100" w:type="dxa"/>
              <w:right w:w="120" w:type="dxa"/>
            </w:tcMar>
            <w:vAlign w:val="center"/>
          </w:tcPr>
          <w:p w14:paraId="71ED2779" w14:textId="77777777" w:rsidR="00C75762" w:rsidRPr="00B175E3" w:rsidRDefault="00C75762" w:rsidP="009D1256">
            <w:pPr>
              <w:spacing w:after="0"/>
              <w:rPr>
                <w:rFonts w:ascii="Times New Roman" w:hAnsi="Times New Roman" w:cs="Times New Roman"/>
                <w:color w:val="000000" w:themeColor="text1"/>
                <w:sz w:val="20"/>
                <w:szCs w:val="20"/>
              </w:rPr>
            </w:pPr>
            <w:r w:rsidRPr="00B175E3">
              <w:rPr>
                <w:rFonts w:ascii="Times New Roman" w:hAnsi="Times New Roman" w:cs="Times New Roman"/>
                <w:b/>
                <w:color w:val="000000" w:themeColor="text1"/>
                <w:sz w:val="20"/>
                <w:szCs w:val="20"/>
              </w:rPr>
              <w:t>Danışmanın Adı Soyadı / Unvanı</w:t>
            </w:r>
          </w:p>
        </w:tc>
        <w:tc>
          <w:tcPr>
            <w:tcW w:w="3175" w:type="dxa"/>
            <w:shd w:val="clear" w:color="auto" w:fill="FFFFFF"/>
            <w:tcMar>
              <w:top w:w="100" w:type="dxa"/>
              <w:left w:w="120" w:type="dxa"/>
              <w:bottom w:w="100" w:type="dxa"/>
              <w:right w:w="120" w:type="dxa"/>
            </w:tcMar>
            <w:vAlign w:val="center"/>
          </w:tcPr>
          <w:p w14:paraId="3210381B" w14:textId="77777777" w:rsidR="00C75762" w:rsidRPr="00B175E3" w:rsidRDefault="00C75762" w:rsidP="009D1256">
            <w:pPr>
              <w:spacing w:after="0"/>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w:t>
            </w:r>
          </w:p>
        </w:tc>
        <w:tc>
          <w:tcPr>
            <w:tcW w:w="2268" w:type="dxa"/>
            <w:shd w:val="clear" w:color="auto" w:fill="D9EAF7"/>
            <w:tcMar>
              <w:top w:w="100" w:type="dxa"/>
              <w:left w:w="120" w:type="dxa"/>
              <w:bottom w:w="100" w:type="dxa"/>
              <w:right w:w="120" w:type="dxa"/>
            </w:tcMar>
            <w:vAlign w:val="center"/>
          </w:tcPr>
          <w:p w14:paraId="3345340F" w14:textId="77777777" w:rsidR="00C75762" w:rsidRPr="00B175E3" w:rsidRDefault="00C75762" w:rsidP="009D1256">
            <w:pPr>
              <w:spacing w:after="0"/>
              <w:rPr>
                <w:rFonts w:ascii="Times New Roman" w:hAnsi="Times New Roman" w:cs="Times New Roman"/>
                <w:color w:val="000000" w:themeColor="text1"/>
                <w:sz w:val="20"/>
                <w:szCs w:val="20"/>
              </w:rPr>
            </w:pPr>
            <w:r w:rsidRPr="00B175E3">
              <w:rPr>
                <w:rFonts w:ascii="Times New Roman" w:hAnsi="Times New Roman" w:cs="Times New Roman"/>
                <w:b/>
                <w:color w:val="000000" w:themeColor="text1"/>
                <w:sz w:val="20"/>
                <w:szCs w:val="20"/>
              </w:rPr>
              <w:t>Danışman Görüşme Günü - Saati</w:t>
            </w:r>
          </w:p>
        </w:tc>
        <w:tc>
          <w:tcPr>
            <w:tcW w:w="2268" w:type="dxa"/>
            <w:shd w:val="clear" w:color="auto" w:fill="FFFFFF"/>
            <w:tcMar>
              <w:top w:w="100" w:type="dxa"/>
              <w:left w:w="120" w:type="dxa"/>
              <w:bottom w:w="100" w:type="dxa"/>
              <w:right w:w="120" w:type="dxa"/>
            </w:tcMar>
            <w:vAlign w:val="center"/>
          </w:tcPr>
          <w:p w14:paraId="00EAEB89" w14:textId="77777777" w:rsidR="00C75762" w:rsidRPr="00B175E3" w:rsidRDefault="00C75762" w:rsidP="009D1256">
            <w:pPr>
              <w:spacing w:after="0"/>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w:t>
            </w:r>
          </w:p>
        </w:tc>
      </w:tr>
      <w:tr w:rsidR="00C75762" w:rsidRPr="00B175E3" w14:paraId="4669EEE4" w14:textId="77777777" w:rsidTr="009D1256">
        <w:trPr>
          <w:jc w:val="center"/>
        </w:trPr>
        <w:tc>
          <w:tcPr>
            <w:tcW w:w="2041" w:type="dxa"/>
            <w:shd w:val="clear" w:color="auto" w:fill="D9EAF7"/>
            <w:tcMar>
              <w:top w:w="100" w:type="dxa"/>
              <w:left w:w="120" w:type="dxa"/>
              <w:bottom w:w="100" w:type="dxa"/>
              <w:right w:w="120" w:type="dxa"/>
            </w:tcMar>
            <w:vAlign w:val="center"/>
          </w:tcPr>
          <w:p w14:paraId="605B05E3" w14:textId="77777777" w:rsidR="00C75762" w:rsidRPr="00B175E3" w:rsidRDefault="00C75762" w:rsidP="009D1256">
            <w:pPr>
              <w:spacing w:after="0"/>
              <w:rPr>
                <w:rFonts w:ascii="Times New Roman" w:hAnsi="Times New Roman" w:cs="Times New Roman"/>
                <w:color w:val="000000" w:themeColor="text1"/>
                <w:sz w:val="20"/>
                <w:szCs w:val="20"/>
              </w:rPr>
            </w:pPr>
            <w:r w:rsidRPr="00B175E3">
              <w:rPr>
                <w:rFonts w:ascii="Times New Roman" w:hAnsi="Times New Roman" w:cs="Times New Roman"/>
                <w:b/>
                <w:color w:val="000000" w:themeColor="text1"/>
                <w:sz w:val="20"/>
                <w:szCs w:val="20"/>
              </w:rPr>
              <w:t>Toplantı Tarihi</w:t>
            </w:r>
          </w:p>
        </w:tc>
        <w:tc>
          <w:tcPr>
            <w:tcW w:w="3175" w:type="dxa"/>
            <w:shd w:val="clear" w:color="auto" w:fill="FFFFFF"/>
            <w:tcMar>
              <w:top w:w="100" w:type="dxa"/>
              <w:left w:w="120" w:type="dxa"/>
              <w:bottom w:w="100" w:type="dxa"/>
              <w:right w:w="120" w:type="dxa"/>
            </w:tcMar>
            <w:vAlign w:val="center"/>
          </w:tcPr>
          <w:p w14:paraId="1EFDC975" w14:textId="77777777" w:rsidR="00C75762" w:rsidRPr="00B175E3" w:rsidRDefault="00C75762" w:rsidP="009D1256">
            <w:pPr>
              <w:spacing w:after="0"/>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 ...... / 20......</w:t>
            </w:r>
          </w:p>
        </w:tc>
        <w:tc>
          <w:tcPr>
            <w:tcW w:w="2268" w:type="dxa"/>
            <w:shd w:val="clear" w:color="auto" w:fill="D9EAF7"/>
            <w:tcMar>
              <w:top w:w="100" w:type="dxa"/>
              <w:left w:w="120" w:type="dxa"/>
              <w:bottom w:w="100" w:type="dxa"/>
              <w:right w:w="120" w:type="dxa"/>
            </w:tcMar>
            <w:vAlign w:val="center"/>
          </w:tcPr>
          <w:p w14:paraId="092647E0" w14:textId="77777777" w:rsidR="00C75762" w:rsidRPr="00B175E3" w:rsidRDefault="00C75762" w:rsidP="009D1256">
            <w:pPr>
              <w:spacing w:after="0"/>
              <w:rPr>
                <w:rFonts w:ascii="Times New Roman" w:hAnsi="Times New Roman" w:cs="Times New Roman"/>
                <w:color w:val="000000" w:themeColor="text1"/>
                <w:sz w:val="20"/>
                <w:szCs w:val="20"/>
              </w:rPr>
            </w:pPr>
            <w:r w:rsidRPr="00B175E3">
              <w:rPr>
                <w:rFonts w:ascii="Times New Roman" w:hAnsi="Times New Roman" w:cs="Times New Roman"/>
                <w:b/>
                <w:color w:val="000000" w:themeColor="text1"/>
                <w:sz w:val="20"/>
                <w:szCs w:val="20"/>
              </w:rPr>
              <w:t>Toplantı Yeri</w:t>
            </w:r>
          </w:p>
        </w:tc>
        <w:tc>
          <w:tcPr>
            <w:tcW w:w="2268" w:type="dxa"/>
            <w:shd w:val="clear" w:color="auto" w:fill="FFFFFF"/>
            <w:tcMar>
              <w:top w:w="100" w:type="dxa"/>
              <w:left w:w="120" w:type="dxa"/>
              <w:bottom w:w="100" w:type="dxa"/>
              <w:right w:w="120" w:type="dxa"/>
            </w:tcMar>
            <w:vAlign w:val="center"/>
          </w:tcPr>
          <w:p w14:paraId="1CA022F6" w14:textId="77777777" w:rsidR="00C75762" w:rsidRPr="00B175E3" w:rsidRDefault="00C75762" w:rsidP="009D1256">
            <w:pPr>
              <w:spacing w:after="0"/>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w:t>
            </w:r>
          </w:p>
        </w:tc>
      </w:tr>
    </w:tbl>
    <w:p w14:paraId="68FE6B28" w14:textId="77777777" w:rsidR="00C75762" w:rsidRPr="00B175E3" w:rsidRDefault="00C75762" w:rsidP="00C75762">
      <w:pPr>
        <w:rPr>
          <w:rFonts w:ascii="Times New Roman" w:hAnsi="Times New Roman" w:cs="Times New Roman"/>
          <w:color w:val="000000" w:themeColor="text1"/>
          <w:sz w:val="20"/>
          <w:szCs w:val="20"/>
        </w:rPr>
      </w:pPr>
    </w:p>
    <w:p w14:paraId="0361BE91" w14:textId="77777777" w:rsidR="00C75762" w:rsidRPr="00B175E3" w:rsidRDefault="00C75762" w:rsidP="00C75762">
      <w:pPr>
        <w:rPr>
          <w:rFonts w:ascii="Times New Roman" w:hAnsi="Times New Roman" w:cs="Times New Roman"/>
          <w:color w:val="000000" w:themeColor="text1"/>
          <w:sz w:val="20"/>
          <w:szCs w:val="20"/>
        </w:rPr>
      </w:pPr>
      <w:r w:rsidRPr="00B175E3">
        <w:rPr>
          <w:rFonts w:ascii="Times New Roman" w:hAnsi="Times New Roman" w:cs="Times New Roman"/>
          <w:b/>
          <w:color w:val="000000" w:themeColor="text1"/>
          <w:sz w:val="20"/>
          <w:szCs w:val="20"/>
        </w:rPr>
        <w:t>Öğrencilere Yapılan Bilgilendirme Konuları</w:t>
      </w:r>
    </w:p>
    <w:tbl>
      <w:tblPr>
        <w:tblW w:w="0" w:type="auto"/>
        <w:jc w:val="center"/>
        <w:tblBorders>
          <w:top w:val="single" w:sz="8" w:space="0" w:color="B7C9D6"/>
          <w:left w:val="single" w:sz="8" w:space="0" w:color="B7C9D6"/>
          <w:bottom w:val="single" w:sz="8" w:space="0" w:color="B7C9D6"/>
          <w:right w:val="single" w:sz="8" w:space="0" w:color="B7C9D6"/>
          <w:insideH w:val="single" w:sz="8" w:space="0" w:color="B7C9D6"/>
          <w:insideV w:val="single" w:sz="8" w:space="0" w:color="B7C9D6"/>
        </w:tblBorders>
        <w:tblLayout w:type="fixed"/>
        <w:tblLook w:val="04A0" w:firstRow="1" w:lastRow="0" w:firstColumn="1" w:lastColumn="0" w:noHBand="0" w:noVBand="1"/>
      </w:tblPr>
      <w:tblGrid>
        <w:gridCol w:w="737"/>
        <w:gridCol w:w="9014"/>
      </w:tblGrid>
      <w:tr w:rsidR="00C75762" w:rsidRPr="00B175E3" w14:paraId="12431BED" w14:textId="77777777" w:rsidTr="009D1256">
        <w:trPr>
          <w:tblHeader/>
          <w:jc w:val="center"/>
        </w:trPr>
        <w:tc>
          <w:tcPr>
            <w:tcW w:w="737" w:type="dxa"/>
            <w:shd w:val="clear" w:color="auto" w:fill="D9EAF7"/>
            <w:tcMar>
              <w:top w:w="90" w:type="dxa"/>
              <w:left w:w="120" w:type="dxa"/>
              <w:bottom w:w="90" w:type="dxa"/>
              <w:right w:w="120" w:type="dxa"/>
            </w:tcMar>
            <w:vAlign w:val="center"/>
          </w:tcPr>
          <w:p w14:paraId="57D87CC4"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b/>
                <w:color w:val="000000" w:themeColor="text1"/>
                <w:sz w:val="20"/>
                <w:szCs w:val="20"/>
              </w:rPr>
              <w:t>No</w:t>
            </w:r>
          </w:p>
        </w:tc>
        <w:tc>
          <w:tcPr>
            <w:tcW w:w="9014" w:type="dxa"/>
            <w:shd w:val="clear" w:color="auto" w:fill="D9EAF7"/>
            <w:tcMar>
              <w:top w:w="90" w:type="dxa"/>
              <w:left w:w="120" w:type="dxa"/>
              <w:bottom w:w="90" w:type="dxa"/>
              <w:right w:w="120" w:type="dxa"/>
            </w:tcMar>
            <w:vAlign w:val="center"/>
          </w:tcPr>
          <w:p w14:paraId="27375EF8"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b/>
                <w:color w:val="000000" w:themeColor="text1"/>
                <w:sz w:val="20"/>
                <w:szCs w:val="20"/>
              </w:rPr>
              <w:t>Bilgilendirme Konusu</w:t>
            </w:r>
          </w:p>
        </w:tc>
      </w:tr>
      <w:tr w:rsidR="00C75762" w:rsidRPr="00B175E3" w14:paraId="057E2F5B" w14:textId="77777777" w:rsidTr="009D1256">
        <w:trPr>
          <w:jc w:val="center"/>
        </w:trPr>
        <w:tc>
          <w:tcPr>
            <w:tcW w:w="737" w:type="dxa"/>
            <w:tcMar>
              <w:top w:w="90" w:type="dxa"/>
              <w:left w:w="120" w:type="dxa"/>
              <w:bottom w:w="90" w:type="dxa"/>
              <w:right w:w="120" w:type="dxa"/>
            </w:tcMar>
            <w:vAlign w:val="center"/>
          </w:tcPr>
          <w:p w14:paraId="3392FFAE"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1</w:t>
            </w:r>
          </w:p>
        </w:tc>
        <w:tc>
          <w:tcPr>
            <w:tcW w:w="9014" w:type="dxa"/>
            <w:tcMar>
              <w:top w:w="90" w:type="dxa"/>
              <w:left w:w="120" w:type="dxa"/>
              <w:bottom w:w="90" w:type="dxa"/>
              <w:right w:w="120" w:type="dxa"/>
            </w:tcMar>
            <w:vAlign w:val="center"/>
          </w:tcPr>
          <w:p w14:paraId="296792F9" w14:textId="77777777" w:rsidR="00C75762" w:rsidRPr="00B175E3" w:rsidRDefault="00C75762" w:rsidP="009D1256">
            <w:pPr>
              <w:tabs>
                <w:tab w:val="right" w:pos="8640"/>
              </w:tabs>
              <w:rPr>
                <w:rFonts w:ascii="Times New Roman" w:hAnsi="Times New Roman" w:cs="Times New Roman"/>
                <w:color w:val="000000" w:themeColor="text1"/>
                <w:sz w:val="20"/>
                <w:szCs w:val="20"/>
              </w:rPr>
            </w:pPr>
            <w:r w:rsidRPr="00B175E3">
              <w:rPr>
                <w:rFonts w:ascii="Times New Roman" w:hAnsi="Times New Roman" w:cs="Times New Roman"/>
                <w:sz w:val="20"/>
                <w:szCs w:val="20"/>
              </w:rPr>
              <w:t>Programın eğitim-öğretim yapısı, ders planı ve mezuniyet koşulları hakkında bilgi verildi.</w:t>
            </w:r>
            <w:r w:rsidRPr="00B175E3">
              <w:rPr>
                <w:rFonts w:ascii="Times New Roman" w:hAnsi="Times New Roman" w:cs="Times New Roman"/>
                <w:sz w:val="20"/>
                <w:szCs w:val="20"/>
              </w:rPr>
              <w:tab/>
            </w:r>
            <w:r w:rsidRPr="00B175E3">
              <w:rPr>
                <w:rFonts w:ascii="Segoe UI Symbol" w:hAnsi="Segoe UI Symbol" w:cs="Segoe UI Symbol"/>
                <w:sz w:val="20"/>
                <w:szCs w:val="20"/>
              </w:rPr>
              <w:t>☐</w:t>
            </w:r>
          </w:p>
        </w:tc>
      </w:tr>
      <w:tr w:rsidR="00C75762" w:rsidRPr="00B175E3" w14:paraId="5B76F3B3" w14:textId="77777777" w:rsidTr="009D1256">
        <w:trPr>
          <w:jc w:val="center"/>
        </w:trPr>
        <w:tc>
          <w:tcPr>
            <w:tcW w:w="737" w:type="dxa"/>
            <w:tcMar>
              <w:top w:w="90" w:type="dxa"/>
              <w:left w:w="120" w:type="dxa"/>
              <w:bottom w:w="90" w:type="dxa"/>
              <w:right w:w="120" w:type="dxa"/>
            </w:tcMar>
            <w:vAlign w:val="center"/>
          </w:tcPr>
          <w:p w14:paraId="54EB61D1"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2</w:t>
            </w:r>
          </w:p>
        </w:tc>
        <w:tc>
          <w:tcPr>
            <w:tcW w:w="9014" w:type="dxa"/>
            <w:tcMar>
              <w:top w:w="90" w:type="dxa"/>
              <w:left w:w="120" w:type="dxa"/>
              <w:bottom w:w="90" w:type="dxa"/>
              <w:right w:w="120" w:type="dxa"/>
            </w:tcMar>
            <w:vAlign w:val="center"/>
          </w:tcPr>
          <w:p w14:paraId="65146BC3" w14:textId="77777777" w:rsidR="00C75762" w:rsidRPr="00B175E3" w:rsidRDefault="00C75762" w:rsidP="009D1256">
            <w:pPr>
              <w:tabs>
                <w:tab w:val="right" w:pos="8640"/>
              </w:tabs>
              <w:rPr>
                <w:rFonts w:ascii="Times New Roman" w:hAnsi="Times New Roman" w:cs="Times New Roman"/>
                <w:color w:val="000000" w:themeColor="text1"/>
                <w:sz w:val="20"/>
                <w:szCs w:val="20"/>
              </w:rPr>
            </w:pPr>
            <w:r w:rsidRPr="00B175E3">
              <w:rPr>
                <w:rFonts w:ascii="Times New Roman" w:hAnsi="Times New Roman" w:cs="Times New Roman"/>
                <w:sz w:val="20"/>
                <w:szCs w:val="20"/>
              </w:rPr>
              <w:t>Ders kayıt, ders seçimi, ders ekleme-bırakma ve dersten çekilme süreçleri açıklandı.</w:t>
            </w:r>
            <w:r w:rsidRPr="00B175E3">
              <w:rPr>
                <w:rFonts w:ascii="Times New Roman" w:hAnsi="Times New Roman" w:cs="Times New Roman"/>
                <w:sz w:val="20"/>
                <w:szCs w:val="20"/>
              </w:rPr>
              <w:tab/>
            </w:r>
            <w:r w:rsidRPr="00B175E3">
              <w:rPr>
                <w:rFonts w:ascii="Segoe UI Symbol" w:hAnsi="Segoe UI Symbol" w:cs="Segoe UI Symbol"/>
                <w:sz w:val="20"/>
                <w:szCs w:val="20"/>
              </w:rPr>
              <w:t>☐</w:t>
            </w:r>
          </w:p>
        </w:tc>
      </w:tr>
      <w:tr w:rsidR="00C75762" w:rsidRPr="00B175E3" w14:paraId="3FC65979" w14:textId="77777777" w:rsidTr="009D1256">
        <w:trPr>
          <w:jc w:val="center"/>
        </w:trPr>
        <w:tc>
          <w:tcPr>
            <w:tcW w:w="737" w:type="dxa"/>
            <w:tcMar>
              <w:top w:w="90" w:type="dxa"/>
              <w:left w:w="120" w:type="dxa"/>
              <w:bottom w:w="90" w:type="dxa"/>
              <w:right w:w="120" w:type="dxa"/>
            </w:tcMar>
            <w:vAlign w:val="center"/>
          </w:tcPr>
          <w:p w14:paraId="7D700E63"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3</w:t>
            </w:r>
          </w:p>
        </w:tc>
        <w:tc>
          <w:tcPr>
            <w:tcW w:w="9014" w:type="dxa"/>
            <w:tcMar>
              <w:top w:w="90" w:type="dxa"/>
              <w:left w:w="120" w:type="dxa"/>
              <w:bottom w:w="90" w:type="dxa"/>
              <w:right w:w="120" w:type="dxa"/>
            </w:tcMar>
            <w:vAlign w:val="center"/>
          </w:tcPr>
          <w:p w14:paraId="4EE4EF8A" w14:textId="77777777" w:rsidR="00C75762" w:rsidRPr="00B175E3" w:rsidRDefault="00C75762" w:rsidP="009D1256">
            <w:pPr>
              <w:tabs>
                <w:tab w:val="right" w:pos="8640"/>
              </w:tabs>
              <w:rPr>
                <w:rFonts w:ascii="Times New Roman" w:hAnsi="Times New Roman" w:cs="Times New Roman"/>
                <w:color w:val="000000" w:themeColor="text1"/>
                <w:sz w:val="20"/>
                <w:szCs w:val="20"/>
              </w:rPr>
            </w:pPr>
            <w:r w:rsidRPr="00B175E3">
              <w:rPr>
                <w:rFonts w:ascii="Times New Roman" w:hAnsi="Times New Roman" w:cs="Times New Roman"/>
                <w:sz w:val="20"/>
                <w:szCs w:val="20"/>
              </w:rPr>
              <w:t>Derslerin içerikleri, dönemlik planlaması ve ders seçiminin danışman rehberliğinde yürütüleceği belirtildi.</w:t>
            </w:r>
            <w:r w:rsidRPr="00B175E3">
              <w:rPr>
                <w:rFonts w:ascii="Times New Roman" w:hAnsi="Times New Roman" w:cs="Times New Roman"/>
                <w:sz w:val="20"/>
                <w:szCs w:val="20"/>
              </w:rPr>
              <w:tab/>
            </w:r>
            <w:r w:rsidRPr="00B175E3">
              <w:rPr>
                <w:rFonts w:ascii="Segoe UI Symbol" w:hAnsi="Segoe UI Symbol" w:cs="Segoe UI Symbol"/>
                <w:sz w:val="20"/>
                <w:szCs w:val="20"/>
              </w:rPr>
              <w:t>☐</w:t>
            </w:r>
          </w:p>
        </w:tc>
      </w:tr>
      <w:tr w:rsidR="00C75762" w:rsidRPr="00B175E3" w14:paraId="71644668" w14:textId="77777777" w:rsidTr="009D1256">
        <w:trPr>
          <w:jc w:val="center"/>
        </w:trPr>
        <w:tc>
          <w:tcPr>
            <w:tcW w:w="737" w:type="dxa"/>
            <w:tcMar>
              <w:top w:w="90" w:type="dxa"/>
              <w:left w:w="120" w:type="dxa"/>
              <w:bottom w:w="90" w:type="dxa"/>
              <w:right w:w="120" w:type="dxa"/>
            </w:tcMar>
            <w:vAlign w:val="center"/>
          </w:tcPr>
          <w:p w14:paraId="376356B7"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4</w:t>
            </w:r>
          </w:p>
        </w:tc>
        <w:tc>
          <w:tcPr>
            <w:tcW w:w="9014" w:type="dxa"/>
            <w:tcMar>
              <w:top w:w="90" w:type="dxa"/>
              <w:left w:w="120" w:type="dxa"/>
              <w:bottom w:w="90" w:type="dxa"/>
              <w:right w:w="120" w:type="dxa"/>
            </w:tcMar>
            <w:vAlign w:val="center"/>
          </w:tcPr>
          <w:p w14:paraId="79028990" w14:textId="77777777" w:rsidR="00C75762" w:rsidRPr="00B175E3" w:rsidRDefault="00C75762" w:rsidP="009D1256">
            <w:pPr>
              <w:tabs>
                <w:tab w:val="right" w:pos="8640"/>
              </w:tabs>
              <w:rPr>
                <w:rFonts w:ascii="Times New Roman" w:hAnsi="Times New Roman" w:cs="Times New Roman"/>
                <w:color w:val="000000" w:themeColor="text1"/>
                <w:sz w:val="20"/>
                <w:szCs w:val="20"/>
              </w:rPr>
            </w:pPr>
            <w:r w:rsidRPr="00B175E3">
              <w:rPr>
                <w:rFonts w:ascii="Times New Roman" w:hAnsi="Times New Roman" w:cs="Times New Roman"/>
                <w:sz w:val="20"/>
                <w:szCs w:val="20"/>
              </w:rPr>
              <w:t>Üniversitenin ve fakültenin ilgili yönetmelik, yönerge ve akademik süreçleri hakkında bilgilendirme yapıldı.</w:t>
            </w:r>
            <w:r w:rsidRPr="00B175E3">
              <w:rPr>
                <w:rFonts w:ascii="Times New Roman" w:hAnsi="Times New Roman" w:cs="Times New Roman"/>
                <w:sz w:val="20"/>
                <w:szCs w:val="20"/>
              </w:rPr>
              <w:tab/>
            </w:r>
            <w:r w:rsidRPr="00B175E3">
              <w:rPr>
                <w:rFonts w:ascii="Segoe UI Symbol" w:hAnsi="Segoe UI Symbol" w:cs="Segoe UI Symbol"/>
                <w:sz w:val="20"/>
                <w:szCs w:val="20"/>
              </w:rPr>
              <w:t>☐</w:t>
            </w:r>
          </w:p>
        </w:tc>
      </w:tr>
      <w:tr w:rsidR="00C75762" w:rsidRPr="00B175E3" w14:paraId="21DD1758" w14:textId="77777777" w:rsidTr="009D1256">
        <w:trPr>
          <w:jc w:val="center"/>
        </w:trPr>
        <w:tc>
          <w:tcPr>
            <w:tcW w:w="737" w:type="dxa"/>
            <w:tcMar>
              <w:top w:w="90" w:type="dxa"/>
              <w:left w:w="120" w:type="dxa"/>
              <w:bottom w:w="90" w:type="dxa"/>
              <w:right w:w="120" w:type="dxa"/>
            </w:tcMar>
            <w:vAlign w:val="center"/>
          </w:tcPr>
          <w:p w14:paraId="2EEDEF9B"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5</w:t>
            </w:r>
          </w:p>
        </w:tc>
        <w:tc>
          <w:tcPr>
            <w:tcW w:w="9014" w:type="dxa"/>
            <w:tcMar>
              <w:top w:w="90" w:type="dxa"/>
              <w:left w:w="120" w:type="dxa"/>
              <w:bottom w:w="90" w:type="dxa"/>
              <w:right w:w="120" w:type="dxa"/>
            </w:tcMar>
            <w:vAlign w:val="center"/>
          </w:tcPr>
          <w:p w14:paraId="790DCF78" w14:textId="77777777" w:rsidR="00C75762" w:rsidRPr="00B175E3" w:rsidRDefault="00C75762" w:rsidP="009D1256">
            <w:pPr>
              <w:tabs>
                <w:tab w:val="right" w:pos="8640"/>
              </w:tabs>
              <w:rPr>
                <w:rFonts w:ascii="Times New Roman" w:hAnsi="Times New Roman" w:cs="Times New Roman"/>
                <w:color w:val="000000" w:themeColor="text1"/>
                <w:sz w:val="20"/>
                <w:szCs w:val="20"/>
              </w:rPr>
            </w:pPr>
            <w:r w:rsidRPr="00B175E3">
              <w:rPr>
                <w:rFonts w:ascii="Times New Roman" w:hAnsi="Times New Roman" w:cs="Times New Roman"/>
                <w:sz w:val="20"/>
                <w:szCs w:val="20"/>
              </w:rPr>
              <w:t>Akademik başarı durumu takibi, başarısızlık halinde izlenecek yol ve gerektiğinde ilgili birimlere yönlendirme süreci açıklandı.</w:t>
            </w:r>
            <w:r w:rsidRPr="00B175E3">
              <w:rPr>
                <w:rFonts w:ascii="Times New Roman" w:hAnsi="Times New Roman" w:cs="Times New Roman"/>
                <w:sz w:val="20"/>
                <w:szCs w:val="20"/>
              </w:rPr>
              <w:tab/>
            </w:r>
            <w:r w:rsidRPr="00B175E3">
              <w:rPr>
                <w:rFonts w:ascii="Segoe UI Symbol" w:hAnsi="Segoe UI Symbol" w:cs="Segoe UI Symbol"/>
                <w:sz w:val="20"/>
                <w:szCs w:val="20"/>
              </w:rPr>
              <w:t>☐</w:t>
            </w:r>
          </w:p>
        </w:tc>
      </w:tr>
      <w:tr w:rsidR="00C75762" w:rsidRPr="00B175E3" w14:paraId="427149E6" w14:textId="77777777" w:rsidTr="009D1256">
        <w:trPr>
          <w:jc w:val="center"/>
        </w:trPr>
        <w:tc>
          <w:tcPr>
            <w:tcW w:w="737" w:type="dxa"/>
            <w:tcMar>
              <w:top w:w="90" w:type="dxa"/>
              <w:left w:w="120" w:type="dxa"/>
              <w:bottom w:w="90" w:type="dxa"/>
              <w:right w:w="120" w:type="dxa"/>
            </w:tcMar>
            <w:vAlign w:val="center"/>
          </w:tcPr>
          <w:p w14:paraId="39D56269"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6</w:t>
            </w:r>
          </w:p>
        </w:tc>
        <w:tc>
          <w:tcPr>
            <w:tcW w:w="9014" w:type="dxa"/>
            <w:tcMar>
              <w:top w:w="90" w:type="dxa"/>
              <w:left w:w="120" w:type="dxa"/>
              <w:bottom w:w="90" w:type="dxa"/>
              <w:right w:w="120" w:type="dxa"/>
            </w:tcMar>
            <w:vAlign w:val="center"/>
          </w:tcPr>
          <w:p w14:paraId="4A2D2F02" w14:textId="77777777" w:rsidR="00C75762" w:rsidRPr="00B175E3" w:rsidRDefault="00C75762" w:rsidP="009D1256">
            <w:pPr>
              <w:tabs>
                <w:tab w:val="right" w:pos="8640"/>
              </w:tabs>
              <w:rPr>
                <w:rFonts w:ascii="Times New Roman" w:hAnsi="Times New Roman" w:cs="Times New Roman"/>
                <w:color w:val="000000" w:themeColor="text1"/>
                <w:sz w:val="20"/>
                <w:szCs w:val="20"/>
              </w:rPr>
            </w:pPr>
            <w:r w:rsidRPr="00B175E3">
              <w:rPr>
                <w:rFonts w:ascii="Times New Roman" w:hAnsi="Times New Roman" w:cs="Times New Roman"/>
                <w:sz w:val="20"/>
                <w:szCs w:val="20"/>
              </w:rPr>
              <w:t>Kariyer planlaması, akademik gelişim ve danışmanlık desteğinin kapsamı hakkında rehberlik yapıldı.</w:t>
            </w:r>
            <w:r w:rsidRPr="00B175E3">
              <w:rPr>
                <w:rFonts w:ascii="Times New Roman" w:hAnsi="Times New Roman" w:cs="Times New Roman"/>
                <w:sz w:val="20"/>
                <w:szCs w:val="20"/>
              </w:rPr>
              <w:tab/>
            </w:r>
            <w:r w:rsidRPr="00B175E3">
              <w:rPr>
                <w:rFonts w:ascii="Segoe UI Symbol" w:hAnsi="Segoe UI Symbol" w:cs="Segoe UI Symbol"/>
                <w:sz w:val="20"/>
                <w:szCs w:val="20"/>
              </w:rPr>
              <w:t>☐</w:t>
            </w:r>
          </w:p>
        </w:tc>
      </w:tr>
      <w:tr w:rsidR="00C75762" w:rsidRPr="00B175E3" w14:paraId="24DBEFA3" w14:textId="77777777" w:rsidTr="009D1256">
        <w:trPr>
          <w:jc w:val="center"/>
        </w:trPr>
        <w:tc>
          <w:tcPr>
            <w:tcW w:w="737" w:type="dxa"/>
            <w:tcMar>
              <w:top w:w="90" w:type="dxa"/>
              <w:left w:w="120" w:type="dxa"/>
              <w:bottom w:w="90" w:type="dxa"/>
              <w:right w:w="120" w:type="dxa"/>
            </w:tcMar>
            <w:vAlign w:val="center"/>
          </w:tcPr>
          <w:p w14:paraId="0F2CE528"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lastRenderedPageBreak/>
              <w:t>7</w:t>
            </w:r>
          </w:p>
        </w:tc>
        <w:tc>
          <w:tcPr>
            <w:tcW w:w="9014" w:type="dxa"/>
            <w:tcMar>
              <w:top w:w="90" w:type="dxa"/>
              <w:left w:w="120" w:type="dxa"/>
              <w:bottom w:w="90" w:type="dxa"/>
              <w:right w:w="120" w:type="dxa"/>
            </w:tcMar>
            <w:vAlign w:val="center"/>
          </w:tcPr>
          <w:p w14:paraId="485FF8E3" w14:textId="77777777" w:rsidR="00C75762" w:rsidRPr="00B175E3" w:rsidRDefault="00C75762" w:rsidP="009D1256">
            <w:pPr>
              <w:tabs>
                <w:tab w:val="right" w:pos="8640"/>
              </w:tabs>
              <w:rPr>
                <w:rFonts w:ascii="Times New Roman" w:hAnsi="Times New Roman" w:cs="Times New Roman"/>
                <w:color w:val="000000" w:themeColor="text1"/>
                <w:sz w:val="20"/>
                <w:szCs w:val="20"/>
              </w:rPr>
            </w:pPr>
            <w:r w:rsidRPr="00B175E3">
              <w:rPr>
                <w:rFonts w:ascii="Times New Roman" w:hAnsi="Times New Roman" w:cs="Times New Roman"/>
                <w:sz w:val="20"/>
                <w:szCs w:val="20"/>
              </w:rPr>
              <w:t>Çift anadal, yandal, değişim programları ve yurt dışı eğitim imkânları hakkında genel bilgi verildi.</w:t>
            </w:r>
            <w:r w:rsidRPr="00B175E3">
              <w:rPr>
                <w:rFonts w:ascii="Times New Roman" w:hAnsi="Times New Roman" w:cs="Times New Roman"/>
                <w:sz w:val="20"/>
                <w:szCs w:val="20"/>
              </w:rPr>
              <w:tab/>
            </w:r>
            <w:r w:rsidRPr="00B175E3">
              <w:rPr>
                <w:rFonts w:ascii="Segoe UI Symbol" w:hAnsi="Segoe UI Symbol" w:cs="Segoe UI Symbol"/>
                <w:sz w:val="20"/>
                <w:szCs w:val="20"/>
              </w:rPr>
              <w:t>☐</w:t>
            </w:r>
          </w:p>
        </w:tc>
      </w:tr>
      <w:tr w:rsidR="00C75762" w:rsidRPr="00B175E3" w14:paraId="6BA81913" w14:textId="77777777" w:rsidTr="009D1256">
        <w:trPr>
          <w:jc w:val="center"/>
        </w:trPr>
        <w:tc>
          <w:tcPr>
            <w:tcW w:w="737" w:type="dxa"/>
            <w:tcMar>
              <w:top w:w="90" w:type="dxa"/>
              <w:left w:w="120" w:type="dxa"/>
              <w:bottom w:w="90" w:type="dxa"/>
              <w:right w:w="120" w:type="dxa"/>
            </w:tcMar>
            <w:vAlign w:val="center"/>
          </w:tcPr>
          <w:p w14:paraId="24850B85"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8</w:t>
            </w:r>
          </w:p>
        </w:tc>
        <w:tc>
          <w:tcPr>
            <w:tcW w:w="9014" w:type="dxa"/>
            <w:tcMar>
              <w:top w:w="90" w:type="dxa"/>
              <w:left w:w="120" w:type="dxa"/>
              <w:bottom w:w="90" w:type="dxa"/>
              <w:right w:w="120" w:type="dxa"/>
            </w:tcMar>
            <w:vAlign w:val="center"/>
          </w:tcPr>
          <w:p w14:paraId="1F17B5D9" w14:textId="77777777" w:rsidR="00C75762" w:rsidRPr="00B175E3" w:rsidRDefault="00C75762" w:rsidP="009D1256">
            <w:pPr>
              <w:tabs>
                <w:tab w:val="right" w:pos="8640"/>
              </w:tabs>
              <w:rPr>
                <w:rFonts w:ascii="Times New Roman" w:hAnsi="Times New Roman" w:cs="Times New Roman"/>
                <w:color w:val="000000" w:themeColor="text1"/>
                <w:sz w:val="20"/>
                <w:szCs w:val="20"/>
              </w:rPr>
            </w:pPr>
            <w:r w:rsidRPr="00B175E3">
              <w:rPr>
                <w:rFonts w:ascii="Times New Roman" w:hAnsi="Times New Roman" w:cs="Times New Roman"/>
                <w:sz w:val="20"/>
                <w:szCs w:val="20"/>
              </w:rPr>
              <w:t>Yatay geçiş, dikey geçiş, kurum içi geçiş ve intibak süreçlerine ilişkin genel bilgilendirme yapıldı.</w:t>
            </w:r>
            <w:r w:rsidRPr="00B175E3">
              <w:rPr>
                <w:rFonts w:ascii="Times New Roman" w:hAnsi="Times New Roman" w:cs="Times New Roman"/>
                <w:sz w:val="20"/>
                <w:szCs w:val="20"/>
              </w:rPr>
              <w:tab/>
            </w:r>
            <w:r w:rsidRPr="00B175E3">
              <w:rPr>
                <w:rFonts w:ascii="Segoe UI Symbol" w:hAnsi="Segoe UI Symbol" w:cs="Segoe UI Symbol"/>
                <w:sz w:val="20"/>
                <w:szCs w:val="20"/>
              </w:rPr>
              <w:t>☐</w:t>
            </w:r>
          </w:p>
        </w:tc>
      </w:tr>
      <w:tr w:rsidR="00C75762" w:rsidRPr="00B175E3" w14:paraId="51C267DB" w14:textId="77777777" w:rsidTr="009D1256">
        <w:trPr>
          <w:jc w:val="center"/>
        </w:trPr>
        <w:tc>
          <w:tcPr>
            <w:tcW w:w="737" w:type="dxa"/>
            <w:tcMar>
              <w:top w:w="90" w:type="dxa"/>
              <w:left w:w="120" w:type="dxa"/>
              <w:bottom w:w="90" w:type="dxa"/>
              <w:right w:w="120" w:type="dxa"/>
            </w:tcMar>
            <w:vAlign w:val="center"/>
          </w:tcPr>
          <w:p w14:paraId="2AD6E68A"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9</w:t>
            </w:r>
          </w:p>
        </w:tc>
        <w:tc>
          <w:tcPr>
            <w:tcW w:w="9014" w:type="dxa"/>
            <w:tcMar>
              <w:top w:w="90" w:type="dxa"/>
              <w:left w:w="120" w:type="dxa"/>
              <w:bottom w:w="90" w:type="dxa"/>
              <w:right w:w="120" w:type="dxa"/>
            </w:tcMar>
            <w:vAlign w:val="center"/>
          </w:tcPr>
          <w:p w14:paraId="115700B2" w14:textId="77777777" w:rsidR="00C75762" w:rsidRPr="00B175E3" w:rsidRDefault="00C75762" w:rsidP="009D1256">
            <w:pPr>
              <w:tabs>
                <w:tab w:val="right" w:pos="8640"/>
              </w:tabs>
              <w:rPr>
                <w:rFonts w:ascii="Times New Roman" w:hAnsi="Times New Roman" w:cs="Times New Roman"/>
                <w:color w:val="000000" w:themeColor="text1"/>
                <w:sz w:val="20"/>
                <w:szCs w:val="20"/>
              </w:rPr>
            </w:pPr>
            <w:r w:rsidRPr="00B175E3">
              <w:rPr>
                <w:rFonts w:ascii="Times New Roman" w:hAnsi="Times New Roman" w:cs="Times New Roman"/>
                <w:sz w:val="20"/>
                <w:szCs w:val="20"/>
              </w:rPr>
              <w:t>Danışman görüşme gün ve saatleri öğrencilere bildirildi.</w:t>
            </w:r>
            <w:r w:rsidRPr="00B175E3">
              <w:rPr>
                <w:rFonts w:ascii="Times New Roman" w:hAnsi="Times New Roman" w:cs="Times New Roman"/>
                <w:sz w:val="20"/>
                <w:szCs w:val="20"/>
              </w:rPr>
              <w:tab/>
            </w:r>
            <w:r w:rsidRPr="00B175E3">
              <w:rPr>
                <w:rFonts w:ascii="Segoe UI Symbol" w:hAnsi="Segoe UI Symbol" w:cs="Segoe UI Symbol"/>
                <w:sz w:val="20"/>
                <w:szCs w:val="20"/>
              </w:rPr>
              <w:t>☐</w:t>
            </w:r>
          </w:p>
        </w:tc>
      </w:tr>
      <w:tr w:rsidR="00C75762" w:rsidRPr="00B175E3" w14:paraId="0B758131" w14:textId="77777777" w:rsidTr="009D1256">
        <w:trPr>
          <w:jc w:val="center"/>
        </w:trPr>
        <w:tc>
          <w:tcPr>
            <w:tcW w:w="737" w:type="dxa"/>
            <w:tcMar>
              <w:top w:w="90" w:type="dxa"/>
              <w:left w:w="120" w:type="dxa"/>
              <w:bottom w:w="90" w:type="dxa"/>
              <w:right w:w="120" w:type="dxa"/>
            </w:tcMar>
            <w:vAlign w:val="center"/>
          </w:tcPr>
          <w:p w14:paraId="2A17296E"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10</w:t>
            </w:r>
          </w:p>
        </w:tc>
        <w:tc>
          <w:tcPr>
            <w:tcW w:w="9014" w:type="dxa"/>
            <w:tcMar>
              <w:top w:w="90" w:type="dxa"/>
              <w:left w:w="120" w:type="dxa"/>
              <w:bottom w:w="90" w:type="dxa"/>
              <w:right w:w="120" w:type="dxa"/>
            </w:tcMar>
            <w:vAlign w:val="center"/>
          </w:tcPr>
          <w:p w14:paraId="559D37E0" w14:textId="77777777" w:rsidR="00C75762" w:rsidRPr="00B175E3" w:rsidRDefault="00C75762" w:rsidP="009D1256">
            <w:pPr>
              <w:tabs>
                <w:tab w:val="right" w:pos="8640"/>
              </w:tabs>
              <w:rPr>
                <w:rFonts w:ascii="Times New Roman" w:hAnsi="Times New Roman" w:cs="Times New Roman"/>
                <w:color w:val="000000" w:themeColor="text1"/>
                <w:sz w:val="20"/>
                <w:szCs w:val="20"/>
              </w:rPr>
            </w:pPr>
            <w:r w:rsidRPr="00B175E3">
              <w:rPr>
                <w:rFonts w:ascii="Times New Roman" w:hAnsi="Times New Roman" w:cs="Times New Roman"/>
                <w:sz w:val="20"/>
                <w:szCs w:val="20"/>
              </w:rPr>
              <w:t>Öğrencilerin güncel mevzuatı takip etme, ilan edilen tarihlere uyma ve gerektiğinde danışmanına başvurma sorumluluğu hatırlatıldı.</w:t>
            </w:r>
            <w:r w:rsidRPr="00B175E3">
              <w:rPr>
                <w:rFonts w:ascii="Times New Roman" w:hAnsi="Times New Roman" w:cs="Times New Roman"/>
                <w:sz w:val="20"/>
                <w:szCs w:val="20"/>
              </w:rPr>
              <w:tab/>
            </w:r>
            <w:r w:rsidRPr="00B175E3">
              <w:rPr>
                <w:rFonts w:ascii="Segoe UI Symbol" w:hAnsi="Segoe UI Symbol" w:cs="Segoe UI Symbol"/>
                <w:sz w:val="20"/>
                <w:szCs w:val="20"/>
              </w:rPr>
              <w:t>☐</w:t>
            </w:r>
          </w:p>
        </w:tc>
      </w:tr>
    </w:tbl>
    <w:p w14:paraId="35E9EF19" w14:textId="77777777" w:rsidR="00C75762" w:rsidRPr="00B175E3" w:rsidRDefault="00C75762" w:rsidP="00C75762">
      <w:pPr>
        <w:rPr>
          <w:rFonts w:ascii="Times New Roman" w:hAnsi="Times New Roman" w:cs="Times New Roman"/>
          <w:color w:val="000000" w:themeColor="text1"/>
          <w:sz w:val="20"/>
          <w:szCs w:val="20"/>
        </w:rPr>
      </w:pPr>
    </w:p>
    <w:p w14:paraId="6A8651B2" w14:textId="77777777" w:rsidR="00C75762" w:rsidRPr="00B175E3" w:rsidRDefault="00C75762" w:rsidP="00C75762">
      <w:pPr>
        <w:spacing w:after="120"/>
        <w:rPr>
          <w:rFonts w:ascii="Times New Roman" w:hAnsi="Times New Roman" w:cs="Times New Roman"/>
          <w:color w:val="000000" w:themeColor="text1"/>
          <w:sz w:val="20"/>
          <w:szCs w:val="20"/>
        </w:rPr>
      </w:pPr>
      <w:r w:rsidRPr="00B175E3">
        <w:rPr>
          <w:rFonts w:ascii="Times New Roman" w:hAnsi="Times New Roman" w:cs="Times New Roman"/>
          <w:b/>
          <w:color w:val="000000" w:themeColor="text1"/>
          <w:sz w:val="20"/>
          <w:szCs w:val="20"/>
        </w:rPr>
        <w:t>Katılımcı İmza Listesi</w:t>
      </w:r>
    </w:p>
    <w:tbl>
      <w:tblPr>
        <w:tblW w:w="0" w:type="auto"/>
        <w:jc w:val="center"/>
        <w:tblBorders>
          <w:top w:val="single" w:sz="8" w:space="0" w:color="9FBAD0"/>
          <w:left w:val="single" w:sz="8" w:space="0" w:color="9FBAD0"/>
          <w:bottom w:val="single" w:sz="8" w:space="0" w:color="9FBAD0"/>
          <w:right w:val="single" w:sz="8" w:space="0" w:color="9FBAD0"/>
          <w:insideH w:val="single" w:sz="8" w:space="0" w:color="9FBAD0"/>
          <w:insideV w:val="single" w:sz="8" w:space="0" w:color="9FBAD0"/>
        </w:tblBorders>
        <w:tblLayout w:type="fixed"/>
        <w:tblLook w:val="04A0" w:firstRow="1" w:lastRow="0" w:firstColumn="1" w:lastColumn="0" w:noHBand="0" w:noVBand="1"/>
      </w:tblPr>
      <w:tblGrid>
        <w:gridCol w:w="737"/>
        <w:gridCol w:w="3855"/>
        <w:gridCol w:w="1871"/>
        <w:gridCol w:w="1020"/>
        <w:gridCol w:w="2268"/>
      </w:tblGrid>
      <w:tr w:rsidR="00C75762" w:rsidRPr="00B175E3" w14:paraId="25E37C1B" w14:textId="77777777" w:rsidTr="009D1256">
        <w:trPr>
          <w:tblHeader/>
          <w:jc w:val="center"/>
        </w:trPr>
        <w:tc>
          <w:tcPr>
            <w:tcW w:w="737" w:type="dxa"/>
            <w:shd w:val="clear" w:color="auto" w:fill="D9EAF7"/>
            <w:tcMar>
              <w:top w:w="120" w:type="dxa"/>
              <w:left w:w="120" w:type="dxa"/>
              <w:bottom w:w="120" w:type="dxa"/>
              <w:right w:w="120" w:type="dxa"/>
            </w:tcMar>
            <w:vAlign w:val="center"/>
          </w:tcPr>
          <w:p w14:paraId="3DF8FBAC"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b/>
                <w:color w:val="000000" w:themeColor="text1"/>
                <w:sz w:val="20"/>
                <w:szCs w:val="20"/>
              </w:rPr>
              <w:t>Sıra No</w:t>
            </w:r>
          </w:p>
        </w:tc>
        <w:tc>
          <w:tcPr>
            <w:tcW w:w="3855" w:type="dxa"/>
            <w:shd w:val="clear" w:color="auto" w:fill="D9EAF7"/>
            <w:tcMar>
              <w:top w:w="120" w:type="dxa"/>
              <w:left w:w="120" w:type="dxa"/>
              <w:bottom w:w="120" w:type="dxa"/>
              <w:right w:w="120" w:type="dxa"/>
            </w:tcMar>
            <w:vAlign w:val="center"/>
          </w:tcPr>
          <w:p w14:paraId="13DBBF71"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b/>
                <w:color w:val="000000" w:themeColor="text1"/>
                <w:sz w:val="20"/>
                <w:szCs w:val="20"/>
              </w:rPr>
              <w:t>Öğrencinin Adı Soyadı</w:t>
            </w:r>
          </w:p>
        </w:tc>
        <w:tc>
          <w:tcPr>
            <w:tcW w:w="1871" w:type="dxa"/>
            <w:shd w:val="clear" w:color="auto" w:fill="D9EAF7"/>
            <w:tcMar>
              <w:top w:w="120" w:type="dxa"/>
              <w:left w:w="120" w:type="dxa"/>
              <w:bottom w:w="120" w:type="dxa"/>
              <w:right w:w="120" w:type="dxa"/>
            </w:tcMar>
            <w:vAlign w:val="center"/>
          </w:tcPr>
          <w:p w14:paraId="704C103D"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b/>
                <w:color w:val="000000" w:themeColor="text1"/>
                <w:sz w:val="20"/>
                <w:szCs w:val="20"/>
              </w:rPr>
              <w:t>Öğrenci Numarası</w:t>
            </w:r>
          </w:p>
        </w:tc>
        <w:tc>
          <w:tcPr>
            <w:tcW w:w="1020" w:type="dxa"/>
            <w:shd w:val="clear" w:color="auto" w:fill="D9EAF7"/>
            <w:tcMar>
              <w:top w:w="120" w:type="dxa"/>
              <w:left w:w="120" w:type="dxa"/>
              <w:bottom w:w="120" w:type="dxa"/>
              <w:right w:w="120" w:type="dxa"/>
            </w:tcMar>
            <w:vAlign w:val="center"/>
          </w:tcPr>
          <w:p w14:paraId="3117EB39"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b/>
                <w:color w:val="000000" w:themeColor="text1"/>
                <w:sz w:val="20"/>
                <w:szCs w:val="20"/>
              </w:rPr>
              <w:t>Sınıfı</w:t>
            </w:r>
          </w:p>
        </w:tc>
        <w:tc>
          <w:tcPr>
            <w:tcW w:w="2268" w:type="dxa"/>
            <w:shd w:val="clear" w:color="auto" w:fill="D9EAF7"/>
            <w:tcMar>
              <w:top w:w="120" w:type="dxa"/>
              <w:left w:w="120" w:type="dxa"/>
              <w:bottom w:w="120" w:type="dxa"/>
              <w:right w:w="120" w:type="dxa"/>
            </w:tcMar>
            <w:vAlign w:val="center"/>
          </w:tcPr>
          <w:p w14:paraId="7DA7B54E"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b/>
                <w:color w:val="000000" w:themeColor="text1"/>
                <w:sz w:val="20"/>
                <w:szCs w:val="20"/>
              </w:rPr>
              <w:t>İmza</w:t>
            </w:r>
          </w:p>
        </w:tc>
      </w:tr>
      <w:tr w:rsidR="00C75762" w:rsidRPr="00B175E3" w14:paraId="6A691480" w14:textId="77777777" w:rsidTr="009D1256">
        <w:trPr>
          <w:jc w:val="center"/>
        </w:trPr>
        <w:tc>
          <w:tcPr>
            <w:tcW w:w="737" w:type="dxa"/>
            <w:tcMar>
              <w:top w:w="120" w:type="dxa"/>
              <w:left w:w="120" w:type="dxa"/>
              <w:bottom w:w="120" w:type="dxa"/>
              <w:right w:w="120" w:type="dxa"/>
            </w:tcMar>
            <w:vAlign w:val="center"/>
          </w:tcPr>
          <w:p w14:paraId="231CDA92"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1</w:t>
            </w:r>
          </w:p>
        </w:tc>
        <w:tc>
          <w:tcPr>
            <w:tcW w:w="3855" w:type="dxa"/>
            <w:tcMar>
              <w:top w:w="120" w:type="dxa"/>
              <w:left w:w="120" w:type="dxa"/>
              <w:bottom w:w="120" w:type="dxa"/>
              <w:right w:w="120" w:type="dxa"/>
            </w:tcMar>
            <w:vAlign w:val="center"/>
          </w:tcPr>
          <w:p w14:paraId="24F9E6D0"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1871" w:type="dxa"/>
            <w:tcMar>
              <w:top w:w="120" w:type="dxa"/>
              <w:left w:w="120" w:type="dxa"/>
              <w:bottom w:w="120" w:type="dxa"/>
              <w:right w:w="120" w:type="dxa"/>
            </w:tcMar>
            <w:vAlign w:val="center"/>
          </w:tcPr>
          <w:p w14:paraId="22186FE3"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1020" w:type="dxa"/>
            <w:tcMar>
              <w:top w:w="120" w:type="dxa"/>
              <w:left w:w="120" w:type="dxa"/>
              <w:bottom w:w="120" w:type="dxa"/>
              <w:right w:w="120" w:type="dxa"/>
            </w:tcMar>
            <w:vAlign w:val="center"/>
          </w:tcPr>
          <w:p w14:paraId="1E892565"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2268" w:type="dxa"/>
            <w:tcMar>
              <w:top w:w="120" w:type="dxa"/>
              <w:left w:w="120" w:type="dxa"/>
              <w:bottom w:w="120" w:type="dxa"/>
              <w:right w:w="120" w:type="dxa"/>
            </w:tcMar>
            <w:vAlign w:val="center"/>
          </w:tcPr>
          <w:p w14:paraId="0E6C4393"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r>
      <w:tr w:rsidR="00C75762" w:rsidRPr="00B175E3" w14:paraId="5857DCB3" w14:textId="77777777" w:rsidTr="009D1256">
        <w:trPr>
          <w:jc w:val="center"/>
        </w:trPr>
        <w:tc>
          <w:tcPr>
            <w:tcW w:w="737" w:type="dxa"/>
            <w:tcMar>
              <w:top w:w="120" w:type="dxa"/>
              <w:left w:w="120" w:type="dxa"/>
              <w:bottom w:w="120" w:type="dxa"/>
              <w:right w:w="120" w:type="dxa"/>
            </w:tcMar>
            <w:vAlign w:val="center"/>
          </w:tcPr>
          <w:p w14:paraId="5C4451E2"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2</w:t>
            </w:r>
          </w:p>
        </w:tc>
        <w:tc>
          <w:tcPr>
            <w:tcW w:w="3855" w:type="dxa"/>
            <w:tcMar>
              <w:top w:w="120" w:type="dxa"/>
              <w:left w:w="120" w:type="dxa"/>
              <w:bottom w:w="120" w:type="dxa"/>
              <w:right w:w="120" w:type="dxa"/>
            </w:tcMar>
            <w:vAlign w:val="center"/>
          </w:tcPr>
          <w:p w14:paraId="44062DB5"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1871" w:type="dxa"/>
            <w:tcMar>
              <w:top w:w="120" w:type="dxa"/>
              <w:left w:w="120" w:type="dxa"/>
              <w:bottom w:w="120" w:type="dxa"/>
              <w:right w:w="120" w:type="dxa"/>
            </w:tcMar>
            <w:vAlign w:val="center"/>
          </w:tcPr>
          <w:p w14:paraId="3C145418"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1020" w:type="dxa"/>
            <w:tcMar>
              <w:top w:w="120" w:type="dxa"/>
              <w:left w:w="120" w:type="dxa"/>
              <w:bottom w:w="120" w:type="dxa"/>
              <w:right w:w="120" w:type="dxa"/>
            </w:tcMar>
            <w:vAlign w:val="center"/>
          </w:tcPr>
          <w:p w14:paraId="72EAE04D"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2268" w:type="dxa"/>
            <w:tcMar>
              <w:top w:w="120" w:type="dxa"/>
              <w:left w:w="120" w:type="dxa"/>
              <w:bottom w:w="120" w:type="dxa"/>
              <w:right w:w="120" w:type="dxa"/>
            </w:tcMar>
            <w:vAlign w:val="center"/>
          </w:tcPr>
          <w:p w14:paraId="37ABE408"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r>
      <w:tr w:rsidR="00C75762" w:rsidRPr="00B175E3" w14:paraId="33DDA28F" w14:textId="77777777" w:rsidTr="009D1256">
        <w:trPr>
          <w:jc w:val="center"/>
        </w:trPr>
        <w:tc>
          <w:tcPr>
            <w:tcW w:w="737" w:type="dxa"/>
            <w:tcMar>
              <w:top w:w="120" w:type="dxa"/>
              <w:left w:w="120" w:type="dxa"/>
              <w:bottom w:w="120" w:type="dxa"/>
              <w:right w:w="120" w:type="dxa"/>
            </w:tcMar>
            <w:vAlign w:val="center"/>
          </w:tcPr>
          <w:p w14:paraId="3DBA980B"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3</w:t>
            </w:r>
          </w:p>
        </w:tc>
        <w:tc>
          <w:tcPr>
            <w:tcW w:w="3855" w:type="dxa"/>
            <w:tcMar>
              <w:top w:w="120" w:type="dxa"/>
              <w:left w:w="120" w:type="dxa"/>
              <w:bottom w:w="120" w:type="dxa"/>
              <w:right w:w="120" w:type="dxa"/>
            </w:tcMar>
            <w:vAlign w:val="center"/>
          </w:tcPr>
          <w:p w14:paraId="3A67AFBE"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1871" w:type="dxa"/>
            <w:tcMar>
              <w:top w:w="120" w:type="dxa"/>
              <w:left w:w="120" w:type="dxa"/>
              <w:bottom w:w="120" w:type="dxa"/>
              <w:right w:w="120" w:type="dxa"/>
            </w:tcMar>
            <w:vAlign w:val="center"/>
          </w:tcPr>
          <w:p w14:paraId="36CDEC62"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1020" w:type="dxa"/>
            <w:tcMar>
              <w:top w:w="120" w:type="dxa"/>
              <w:left w:w="120" w:type="dxa"/>
              <w:bottom w:w="120" w:type="dxa"/>
              <w:right w:w="120" w:type="dxa"/>
            </w:tcMar>
            <w:vAlign w:val="center"/>
          </w:tcPr>
          <w:p w14:paraId="14F235B5"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2268" w:type="dxa"/>
            <w:tcMar>
              <w:top w:w="120" w:type="dxa"/>
              <w:left w:w="120" w:type="dxa"/>
              <w:bottom w:w="120" w:type="dxa"/>
              <w:right w:w="120" w:type="dxa"/>
            </w:tcMar>
            <w:vAlign w:val="center"/>
          </w:tcPr>
          <w:p w14:paraId="2B032CE2"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r>
      <w:tr w:rsidR="00C75762" w:rsidRPr="00B175E3" w14:paraId="5C1446F2" w14:textId="77777777" w:rsidTr="009D1256">
        <w:trPr>
          <w:jc w:val="center"/>
        </w:trPr>
        <w:tc>
          <w:tcPr>
            <w:tcW w:w="737" w:type="dxa"/>
            <w:tcMar>
              <w:top w:w="120" w:type="dxa"/>
              <w:left w:w="120" w:type="dxa"/>
              <w:bottom w:w="120" w:type="dxa"/>
              <w:right w:w="120" w:type="dxa"/>
            </w:tcMar>
            <w:vAlign w:val="center"/>
          </w:tcPr>
          <w:p w14:paraId="58B2143A"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4</w:t>
            </w:r>
          </w:p>
        </w:tc>
        <w:tc>
          <w:tcPr>
            <w:tcW w:w="3855" w:type="dxa"/>
            <w:tcMar>
              <w:top w:w="120" w:type="dxa"/>
              <w:left w:w="120" w:type="dxa"/>
              <w:bottom w:w="120" w:type="dxa"/>
              <w:right w:w="120" w:type="dxa"/>
            </w:tcMar>
            <w:vAlign w:val="center"/>
          </w:tcPr>
          <w:p w14:paraId="42BECB76"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1871" w:type="dxa"/>
            <w:tcMar>
              <w:top w:w="120" w:type="dxa"/>
              <w:left w:w="120" w:type="dxa"/>
              <w:bottom w:w="120" w:type="dxa"/>
              <w:right w:w="120" w:type="dxa"/>
            </w:tcMar>
            <w:vAlign w:val="center"/>
          </w:tcPr>
          <w:p w14:paraId="2C905844"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1020" w:type="dxa"/>
            <w:tcMar>
              <w:top w:w="120" w:type="dxa"/>
              <w:left w:w="120" w:type="dxa"/>
              <w:bottom w:w="120" w:type="dxa"/>
              <w:right w:w="120" w:type="dxa"/>
            </w:tcMar>
            <w:vAlign w:val="center"/>
          </w:tcPr>
          <w:p w14:paraId="3896FFD8"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2268" w:type="dxa"/>
            <w:tcMar>
              <w:top w:w="120" w:type="dxa"/>
              <w:left w:w="120" w:type="dxa"/>
              <w:bottom w:w="120" w:type="dxa"/>
              <w:right w:w="120" w:type="dxa"/>
            </w:tcMar>
            <w:vAlign w:val="center"/>
          </w:tcPr>
          <w:p w14:paraId="13E1E4D4"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r>
      <w:tr w:rsidR="00C75762" w:rsidRPr="00B175E3" w14:paraId="396E34FE" w14:textId="77777777" w:rsidTr="009D1256">
        <w:trPr>
          <w:jc w:val="center"/>
        </w:trPr>
        <w:tc>
          <w:tcPr>
            <w:tcW w:w="737" w:type="dxa"/>
            <w:tcMar>
              <w:top w:w="120" w:type="dxa"/>
              <w:left w:w="120" w:type="dxa"/>
              <w:bottom w:w="120" w:type="dxa"/>
              <w:right w:w="120" w:type="dxa"/>
            </w:tcMar>
            <w:vAlign w:val="center"/>
          </w:tcPr>
          <w:p w14:paraId="10F29905"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5</w:t>
            </w:r>
          </w:p>
        </w:tc>
        <w:tc>
          <w:tcPr>
            <w:tcW w:w="3855" w:type="dxa"/>
            <w:tcMar>
              <w:top w:w="120" w:type="dxa"/>
              <w:left w:w="120" w:type="dxa"/>
              <w:bottom w:w="120" w:type="dxa"/>
              <w:right w:w="120" w:type="dxa"/>
            </w:tcMar>
            <w:vAlign w:val="center"/>
          </w:tcPr>
          <w:p w14:paraId="45E505E5"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1871" w:type="dxa"/>
            <w:tcMar>
              <w:top w:w="120" w:type="dxa"/>
              <w:left w:w="120" w:type="dxa"/>
              <w:bottom w:w="120" w:type="dxa"/>
              <w:right w:w="120" w:type="dxa"/>
            </w:tcMar>
            <w:vAlign w:val="center"/>
          </w:tcPr>
          <w:p w14:paraId="7E1FFB0E"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1020" w:type="dxa"/>
            <w:tcMar>
              <w:top w:w="120" w:type="dxa"/>
              <w:left w:w="120" w:type="dxa"/>
              <w:bottom w:w="120" w:type="dxa"/>
              <w:right w:w="120" w:type="dxa"/>
            </w:tcMar>
            <w:vAlign w:val="center"/>
          </w:tcPr>
          <w:p w14:paraId="2BEF3243"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2268" w:type="dxa"/>
            <w:tcMar>
              <w:top w:w="120" w:type="dxa"/>
              <w:left w:w="120" w:type="dxa"/>
              <w:bottom w:w="120" w:type="dxa"/>
              <w:right w:w="120" w:type="dxa"/>
            </w:tcMar>
            <w:vAlign w:val="center"/>
          </w:tcPr>
          <w:p w14:paraId="1267F6A8"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r>
      <w:tr w:rsidR="00C75762" w:rsidRPr="00B175E3" w14:paraId="5C9F6F53" w14:textId="77777777" w:rsidTr="009D1256">
        <w:trPr>
          <w:jc w:val="center"/>
        </w:trPr>
        <w:tc>
          <w:tcPr>
            <w:tcW w:w="737" w:type="dxa"/>
            <w:tcMar>
              <w:top w:w="120" w:type="dxa"/>
              <w:left w:w="120" w:type="dxa"/>
              <w:bottom w:w="120" w:type="dxa"/>
              <w:right w:w="120" w:type="dxa"/>
            </w:tcMar>
            <w:vAlign w:val="center"/>
          </w:tcPr>
          <w:p w14:paraId="53F3C352"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6</w:t>
            </w:r>
          </w:p>
        </w:tc>
        <w:tc>
          <w:tcPr>
            <w:tcW w:w="3855" w:type="dxa"/>
            <w:tcMar>
              <w:top w:w="120" w:type="dxa"/>
              <w:left w:w="120" w:type="dxa"/>
              <w:bottom w:w="120" w:type="dxa"/>
              <w:right w:w="120" w:type="dxa"/>
            </w:tcMar>
            <w:vAlign w:val="center"/>
          </w:tcPr>
          <w:p w14:paraId="499912D4"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1871" w:type="dxa"/>
            <w:tcMar>
              <w:top w:w="120" w:type="dxa"/>
              <w:left w:w="120" w:type="dxa"/>
              <w:bottom w:w="120" w:type="dxa"/>
              <w:right w:w="120" w:type="dxa"/>
            </w:tcMar>
            <w:vAlign w:val="center"/>
          </w:tcPr>
          <w:p w14:paraId="10743A64"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1020" w:type="dxa"/>
            <w:tcMar>
              <w:top w:w="120" w:type="dxa"/>
              <w:left w:w="120" w:type="dxa"/>
              <w:bottom w:w="120" w:type="dxa"/>
              <w:right w:w="120" w:type="dxa"/>
            </w:tcMar>
            <w:vAlign w:val="center"/>
          </w:tcPr>
          <w:p w14:paraId="55F0CCF8"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2268" w:type="dxa"/>
            <w:tcMar>
              <w:top w:w="120" w:type="dxa"/>
              <w:left w:w="120" w:type="dxa"/>
              <w:bottom w:w="120" w:type="dxa"/>
              <w:right w:w="120" w:type="dxa"/>
            </w:tcMar>
            <w:vAlign w:val="center"/>
          </w:tcPr>
          <w:p w14:paraId="11F41A3E"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r>
      <w:tr w:rsidR="00C75762" w:rsidRPr="00B175E3" w14:paraId="0CF0A0C0" w14:textId="77777777" w:rsidTr="009D1256">
        <w:trPr>
          <w:jc w:val="center"/>
        </w:trPr>
        <w:tc>
          <w:tcPr>
            <w:tcW w:w="737" w:type="dxa"/>
            <w:tcMar>
              <w:top w:w="120" w:type="dxa"/>
              <w:left w:w="120" w:type="dxa"/>
              <w:bottom w:w="120" w:type="dxa"/>
              <w:right w:w="120" w:type="dxa"/>
            </w:tcMar>
            <w:vAlign w:val="center"/>
          </w:tcPr>
          <w:p w14:paraId="6B7EA2D5"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7</w:t>
            </w:r>
          </w:p>
        </w:tc>
        <w:tc>
          <w:tcPr>
            <w:tcW w:w="3855" w:type="dxa"/>
            <w:tcMar>
              <w:top w:w="120" w:type="dxa"/>
              <w:left w:w="120" w:type="dxa"/>
              <w:bottom w:w="120" w:type="dxa"/>
              <w:right w:w="120" w:type="dxa"/>
            </w:tcMar>
            <w:vAlign w:val="center"/>
          </w:tcPr>
          <w:p w14:paraId="7439C3DB"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1871" w:type="dxa"/>
            <w:tcMar>
              <w:top w:w="120" w:type="dxa"/>
              <w:left w:w="120" w:type="dxa"/>
              <w:bottom w:w="120" w:type="dxa"/>
              <w:right w:w="120" w:type="dxa"/>
            </w:tcMar>
            <w:vAlign w:val="center"/>
          </w:tcPr>
          <w:p w14:paraId="671B99C6"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1020" w:type="dxa"/>
            <w:tcMar>
              <w:top w:w="120" w:type="dxa"/>
              <w:left w:w="120" w:type="dxa"/>
              <w:bottom w:w="120" w:type="dxa"/>
              <w:right w:w="120" w:type="dxa"/>
            </w:tcMar>
            <w:vAlign w:val="center"/>
          </w:tcPr>
          <w:p w14:paraId="28E72C74"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2268" w:type="dxa"/>
            <w:tcMar>
              <w:top w:w="120" w:type="dxa"/>
              <w:left w:w="120" w:type="dxa"/>
              <w:bottom w:w="120" w:type="dxa"/>
              <w:right w:w="120" w:type="dxa"/>
            </w:tcMar>
            <w:vAlign w:val="center"/>
          </w:tcPr>
          <w:p w14:paraId="47A12AB8"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r>
      <w:tr w:rsidR="00C75762" w:rsidRPr="00B175E3" w14:paraId="4519AA9B" w14:textId="77777777" w:rsidTr="009D1256">
        <w:trPr>
          <w:jc w:val="center"/>
        </w:trPr>
        <w:tc>
          <w:tcPr>
            <w:tcW w:w="737" w:type="dxa"/>
            <w:tcMar>
              <w:top w:w="120" w:type="dxa"/>
              <w:left w:w="120" w:type="dxa"/>
              <w:bottom w:w="120" w:type="dxa"/>
              <w:right w:w="120" w:type="dxa"/>
            </w:tcMar>
            <w:vAlign w:val="center"/>
          </w:tcPr>
          <w:p w14:paraId="0653994E"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8</w:t>
            </w:r>
          </w:p>
        </w:tc>
        <w:tc>
          <w:tcPr>
            <w:tcW w:w="3855" w:type="dxa"/>
            <w:tcMar>
              <w:top w:w="120" w:type="dxa"/>
              <w:left w:w="120" w:type="dxa"/>
              <w:bottom w:w="120" w:type="dxa"/>
              <w:right w:w="120" w:type="dxa"/>
            </w:tcMar>
            <w:vAlign w:val="center"/>
          </w:tcPr>
          <w:p w14:paraId="502CF79D"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1871" w:type="dxa"/>
            <w:tcMar>
              <w:top w:w="120" w:type="dxa"/>
              <w:left w:w="120" w:type="dxa"/>
              <w:bottom w:w="120" w:type="dxa"/>
              <w:right w:w="120" w:type="dxa"/>
            </w:tcMar>
            <w:vAlign w:val="center"/>
          </w:tcPr>
          <w:p w14:paraId="6824174D"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1020" w:type="dxa"/>
            <w:tcMar>
              <w:top w:w="120" w:type="dxa"/>
              <w:left w:w="120" w:type="dxa"/>
              <w:bottom w:w="120" w:type="dxa"/>
              <w:right w:w="120" w:type="dxa"/>
            </w:tcMar>
            <w:vAlign w:val="center"/>
          </w:tcPr>
          <w:p w14:paraId="4B9ED9EF"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2268" w:type="dxa"/>
            <w:tcMar>
              <w:top w:w="120" w:type="dxa"/>
              <w:left w:w="120" w:type="dxa"/>
              <w:bottom w:w="120" w:type="dxa"/>
              <w:right w:w="120" w:type="dxa"/>
            </w:tcMar>
            <w:vAlign w:val="center"/>
          </w:tcPr>
          <w:p w14:paraId="281B946C"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r>
      <w:tr w:rsidR="00C75762" w:rsidRPr="00B175E3" w14:paraId="678D3833" w14:textId="77777777" w:rsidTr="009D1256">
        <w:trPr>
          <w:jc w:val="center"/>
        </w:trPr>
        <w:tc>
          <w:tcPr>
            <w:tcW w:w="737" w:type="dxa"/>
            <w:tcMar>
              <w:top w:w="120" w:type="dxa"/>
              <w:left w:w="120" w:type="dxa"/>
              <w:bottom w:w="120" w:type="dxa"/>
              <w:right w:w="120" w:type="dxa"/>
            </w:tcMar>
            <w:vAlign w:val="center"/>
          </w:tcPr>
          <w:p w14:paraId="04B2DF11"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9</w:t>
            </w:r>
          </w:p>
        </w:tc>
        <w:tc>
          <w:tcPr>
            <w:tcW w:w="3855" w:type="dxa"/>
            <w:tcMar>
              <w:top w:w="120" w:type="dxa"/>
              <w:left w:w="120" w:type="dxa"/>
              <w:bottom w:w="120" w:type="dxa"/>
              <w:right w:w="120" w:type="dxa"/>
            </w:tcMar>
            <w:vAlign w:val="center"/>
          </w:tcPr>
          <w:p w14:paraId="5D245216"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1871" w:type="dxa"/>
            <w:tcMar>
              <w:top w:w="120" w:type="dxa"/>
              <w:left w:w="120" w:type="dxa"/>
              <w:bottom w:w="120" w:type="dxa"/>
              <w:right w:w="120" w:type="dxa"/>
            </w:tcMar>
            <w:vAlign w:val="center"/>
          </w:tcPr>
          <w:p w14:paraId="556DF7B3"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1020" w:type="dxa"/>
            <w:tcMar>
              <w:top w:w="120" w:type="dxa"/>
              <w:left w:w="120" w:type="dxa"/>
              <w:bottom w:w="120" w:type="dxa"/>
              <w:right w:w="120" w:type="dxa"/>
            </w:tcMar>
            <w:vAlign w:val="center"/>
          </w:tcPr>
          <w:p w14:paraId="76C46278"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2268" w:type="dxa"/>
            <w:tcMar>
              <w:top w:w="120" w:type="dxa"/>
              <w:left w:w="120" w:type="dxa"/>
              <w:bottom w:w="120" w:type="dxa"/>
              <w:right w:w="120" w:type="dxa"/>
            </w:tcMar>
            <w:vAlign w:val="center"/>
          </w:tcPr>
          <w:p w14:paraId="67028AA1"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r>
      <w:tr w:rsidR="00C75762" w:rsidRPr="00B175E3" w14:paraId="716A45E7" w14:textId="77777777" w:rsidTr="009D1256">
        <w:trPr>
          <w:jc w:val="center"/>
        </w:trPr>
        <w:tc>
          <w:tcPr>
            <w:tcW w:w="737" w:type="dxa"/>
            <w:tcMar>
              <w:top w:w="120" w:type="dxa"/>
              <w:left w:w="120" w:type="dxa"/>
              <w:bottom w:w="120" w:type="dxa"/>
              <w:right w:w="120" w:type="dxa"/>
            </w:tcMar>
            <w:vAlign w:val="center"/>
          </w:tcPr>
          <w:p w14:paraId="2FB1E414"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lastRenderedPageBreak/>
              <w:t>10</w:t>
            </w:r>
          </w:p>
        </w:tc>
        <w:tc>
          <w:tcPr>
            <w:tcW w:w="3855" w:type="dxa"/>
            <w:tcMar>
              <w:top w:w="120" w:type="dxa"/>
              <w:left w:w="120" w:type="dxa"/>
              <w:bottom w:w="120" w:type="dxa"/>
              <w:right w:w="120" w:type="dxa"/>
            </w:tcMar>
            <w:vAlign w:val="center"/>
          </w:tcPr>
          <w:p w14:paraId="5687AE27"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1871" w:type="dxa"/>
            <w:tcMar>
              <w:top w:w="120" w:type="dxa"/>
              <w:left w:w="120" w:type="dxa"/>
              <w:bottom w:w="120" w:type="dxa"/>
              <w:right w:w="120" w:type="dxa"/>
            </w:tcMar>
            <w:vAlign w:val="center"/>
          </w:tcPr>
          <w:p w14:paraId="2E30F4AC"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1020" w:type="dxa"/>
            <w:tcMar>
              <w:top w:w="120" w:type="dxa"/>
              <w:left w:w="120" w:type="dxa"/>
              <w:bottom w:w="120" w:type="dxa"/>
              <w:right w:w="120" w:type="dxa"/>
            </w:tcMar>
            <w:vAlign w:val="center"/>
          </w:tcPr>
          <w:p w14:paraId="2727308B"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2268" w:type="dxa"/>
            <w:tcMar>
              <w:top w:w="120" w:type="dxa"/>
              <w:left w:w="120" w:type="dxa"/>
              <w:bottom w:w="120" w:type="dxa"/>
              <w:right w:w="120" w:type="dxa"/>
            </w:tcMar>
            <w:vAlign w:val="center"/>
          </w:tcPr>
          <w:p w14:paraId="257E17F8"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r>
      <w:tr w:rsidR="00C75762" w:rsidRPr="00B175E3" w14:paraId="5D70C9FF" w14:textId="77777777" w:rsidTr="009D1256">
        <w:trPr>
          <w:jc w:val="center"/>
        </w:trPr>
        <w:tc>
          <w:tcPr>
            <w:tcW w:w="737" w:type="dxa"/>
            <w:tcMar>
              <w:top w:w="120" w:type="dxa"/>
              <w:left w:w="120" w:type="dxa"/>
              <w:bottom w:w="120" w:type="dxa"/>
              <w:right w:w="120" w:type="dxa"/>
            </w:tcMar>
            <w:vAlign w:val="center"/>
          </w:tcPr>
          <w:p w14:paraId="1508B3B2"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11</w:t>
            </w:r>
          </w:p>
        </w:tc>
        <w:tc>
          <w:tcPr>
            <w:tcW w:w="3855" w:type="dxa"/>
            <w:tcMar>
              <w:top w:w="120" w:type="dxa"/>
              <w:left w:w="120" w:type="dxa"/>
              <w:bottom w:w="120" w:type="dxa"/>
              <w:right w:w="120" w:type="dxa"/>
            </w:tcMar>
            <w:vAlign w:val="center"/>
          </w:tcPr>
          <w:p w14:paraId="09E2620C"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1871" w:type="dxa"/>
            <w:tcMar>
              <w:top w:w="120" w:type="dxa"/>
              <w:left w:w="120" w:type="dxa"/>
              <w:bottom w:w="120" w:type="dxa"/>
              <w:right w:w="120" w:type="dxa"/>
            </w:tcMar>
            <w:vAlign w:val="center"/>
          </w:tcPr>
          <w:p w14:paraId="4CD82A8B"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1020" w:type="dxa"/>
            <w:tcMar>
              <w:top w:w="120" w:type="dxa"/>
              <w:left w:w="120" w:type="dxa"/>
              <w:bottom w:w="120" w:type="dxa"/>
              <w:right w:w="120" w:type="dxa"/>
            </w:tcMar>
            <w:vAlign w:val="center"/>
          </w:tcPr>
          <w:p w14:paraId="1BE4FB94"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2268" w:type="dxa"/>
            <w:tcMar>
              <w:top w:w="120" w:type="dxa"/>
              <w:left w:w="120" w:type="dxa"/>
              <w:bottom w:w="120" w:type="dxa"/>
              <w:right w:w="120" w:type="dxa"/>
            </w:tcMar>
            <w:vAlign w:val="center"/>
          </w:tcPr>
          <w:p w14:paraId="3A941184"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r>
      <w:tr w:rsidR="00C75762" w:rsidRPr="00B175E3" w14:paraId="62260021" w14:textId="77777777" w:rsidTr="009D1256">
        <w:trPr>
          <w:jc w:val="center"/>
        </w:trPr>
        <w:tc>
          <w:tcPr>
            <w:tcW w:w="737" w:type="dxa"/>
            <w:tcMar>
              <w:top w:w="120" w:type="dxa"/>
              <w:left w:w="120" w:type="dxa"/>
              <w:bottom w:w="120" w:type="dxa"/>
              <w:right w:w="120" w:type="dxa"/>
            </w:tcMar>
            <w:vAlign w:val="center"/>
          </w:tcPr>
          <w:p w14:paraId="4B021BB2"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12</w:t>
            </w:r>
          </w:p>
        </w:tc>
        <w:tc>
          <w:tcPr>
            <w:tcW w:w="3855" w:type="dxa"/>
            <w:tcMar>
              <w:top w:w="120" w:type="dxa"/>
              <w:left w:w="120" w:type="dxa"/>
              <w:bottom w:w="120" w:type="dxa"/>
              <w:right w:w="120" w:type="dxa"/>
            </w:tcMar>
            <w:vAlign w:val="center"/>
          </w:tcPr>
          <w:p w14:paraId="2AED5042"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1871" w:type="dxa"/>
            <w:tcMar>
              <w:top w:w="120" w:type="dxa"/>
              <w:left w:w="120" w:type="dxa"/>
              <w:bottom w:w="120" w:type="dxa"/>
              <w:right w:w="120" w:type="dxa"/>
            </w:tcMar>
            <w:vAlign w:val="center"/>
          </w:tcPr>
          <w:p w14:paraId="6D2CD096"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1020" w:type="dxa"/>
            <w:tcMar>
              <w:top w:w="120" w:type="dxa"/>
              <w:left w:w="120" w:type="dxa"/>
              <w:bottom w:w="120" w:type="dxa"/>
              <w:right w:w="120" w:type="dxa"/>
            </w:tcMar>
            <w:vAlign w:val="center"/>
          </w:tcPr>
          <w:p w14:paraId="6B4AF7CF"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2268" w:type="dxa"/>
            <w:tcMar>
              <w:top w:w="120" w:type="dxa"/>
              <w:left w:w="120" w:type="dxa"/>
              <w:bottom w:w="120" w:type="dxa"/>
              <w:right w:w="120" w:type="dxa"/>
            </w:tcMar>
            <w:vAlign w:val="center"/>
          </w:tcPr>
          <w:p w14:paraId="3611C100"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r>
      <w:tr w:rsidR="00C75762" w:rsidRPr="00B175E3" w14:paraId="49D6E665" w14:textId="77777777" w:rsidTr="009D1256">
        <w:trPr>
          <w:jc w:val="center"/>
        </w:trPr>
        <w:tc>
          <w:tcPr>
            <w:tcW w:w="737" w:type="dxa"/>
            <w:tcMar>
              <w:top w:w="120" w:type="dxa"/>
              <w:left w:w="120" w:type="dxa"/>
              <w:bottom w:w="120" w:type="dxa"/>
              <w:right w:w="120" w:type="dxa"/>
            </w:tcMar>
            <w:vAlign w:val="center"/>
          </w:tcPr>
          <w:p w14:paraId="66DFD7BD"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13</w:t>
            </w:r>
          </w:p>
        </w:tc>
        <w:tc>
          <w:tcPr>
            <w:tcW w:w="3855" w:type="dxa"/>
            <w:tcMar>
              <w:top w:w="120" w:type="dxa"/>
              <w:left w:w="120" w:type="dxa"/>
              <w:bottom w:w="120" w:type="dxa"/>
              <w:right w:w="120" w:type="dxa"/>
            </w:tcMar>
            <w:vAlign w:val="center"/>
          </w:tcPr>
          <w:p w14:paraId="34646120"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1871" w:type="dxa"/>
            <w:tcMar>
              <w:top w:w="120" w:type="dxa"/>
              <w:left w:w="120" w:type="dxa"/>
              <w:bottom w:w="120" w:type="dxa"/>
              <w:right w:w="120" w:type="dxa"/>
            </w:tcMar>
            <w:vAlign w:val="center"/>
          </w:tcPr>
          <w:p w14:paraId="09EEDEF2"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1020" w:type="dxa"/>
            <w:tcMar>
              <w:top w:w="120" w:type="dxa"/>
              <w:left w:w="120" w:type="dxa"/>
              <w:bottom w:w="120" w:type="dxa"/>
              <w:right w:w="120" w:type="dxa"/>
            </w:tcMar>
            <w:vAlign w:val="center"/>
          </w:tcPr>
          <w:p w14:paraId="2BEBA6FB"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2268" w:type="dxa"/>
            <w:tcMar>
              <w:top w:w="120" w:type="dxa"/>
              <w:left w:w="120" w:type="dxa"/>
              <w:bottom w:w="120" w:type="dxa"/>
              <w:right w:w="120" w:type="dxa"/>
            </w:tcMar>
            <w:vAlign w:val="center"/>
          </w:tcPr>
          <w:p w14:paraId="0A71C673"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r>
      <w:tr w:rsidR="00C75762" w:rsidRPr="00B175E3" w14:paraId="5C3C0670" w14:textId="77777777" w:rsidTr="009D1256">
        <w:trPr>
          <w:jc w:val="center"/>
        </w:trPr>
        <w:tc>
          <w:tcPr>
            <w:tcW w:w="737" w:type="dxa"/>
            <w:tcMar>
              <w:top w:w="120" w:type="dxa"/>
              <w:left w:w="120" w:type="dxa"/>
              <w:bottom w:w="120" w:type="dxa"/>
              <w:right w:w="120" w:type="dxa"/>
            </w:tcMar>
            <w:vAlign w:val="center"/>
          </w:tcPr>
          <w:p w14:paraId="54518882"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14</w:t>
            </w:r>
          </w:p>
        </w:tc>
        <w:tc>
          <w:tcPr>
            <w:tcW w:w="3855" w:type="dxa"/>
            <w:tcMar>
              <w:top w:w="120" w:type="dxa"/>
              <w:left w:w="120" w:type="dxa"/>
              <w:bottom w:w="120" w:type="dxa"/>
              <w:right w:w="120" w:type="dxa"/>
            </w:tcMar>
            <w:vAlign w:val="center"/>
          </w:tcPr>
          <w:p w14:paraId="56EEB892"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1871" w:type="dxa"/>
            <w:tcMar>
              <w:top w:w="120" w:type="dxa"/>
              <w:left w:w="120" w:type="dxa"/>
              <w:bottom w:w="120" w:type="dxa"/>
              <w:right w:w="120" w:type="dxa"/>
            </w:tcMar>
            <w:vAlign w:val="center"/>
          </w:tcPr>
          <w:p w14:paraId="1F2B8E9C"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1020" w:type="dxa"/>
            <w:tcMar>
              <w:top w:w="120" w:type="dxa"/>
              <w:left w:w="120" w:type="dxa"/>
              <w:bottom w:w="120" w:type="dxa"/>
              <w:right w:w="120" w:type="dxa"/>
            </w:tcMar>
            <w:vAlign w:val="center"/>
          </w:tcPr>
          <w:p w14:paraId="650ABAC8"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2268" w:type="dxa"/>
            <w:tcMar>
              <w:top w:w="120" w:type="dxa"/>
              <w:left w:w="120" w:type="dxa"/>
              <w:bottom w:w="120" w:type="dxa"/>
              <w:right w:w="120" w:type="dxa"/>
            </w:tcMar>
            <w:vAlign w:val="center"/>
          </w:tcPr>
          <w:p w14:paraId="67AC68C4"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r>
      <w:tr w:rsidR="00C75762" w:rsidRPr="00B175E3" w14:paraId="5B151D70" w14:textId="77777777" w:rsidTr="009D1256">
        <w:trPr>
          <w:jc w:val="center"/>
        </w:trPr>
        <w:tc>
          <w:tcPr>
            <w:tcW w:w="737" w:type="dxa"/>
            <w:tcMar>
              <w:top w:w="120" w:type="dxa"/>
              <w:left w:w="120" w:type="dxa"/>
              <w:bottom w:w="120" w:type="dxa"/>
              <w:right w:w="120" w:type="dxa"/>
            </w:tcMar>
            <w:vAlign w:val="center"/>
          </w:tcPr>
          <w:p w14:paraId="05CFCB5C"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15</w:t>
            </w:r>
          </w:p>
        </w:tc>
        <w:tc>
          <w:tcPr>
            <w:tcW w:w="3855" w:type="dxa"/>
            <w:tcMar>
              <w:top w:w="120" w:type="dxa"/>
              <w:left w:w="120" w:type="dxa"/>
              <w:bottom w:w="120" w:type="dxa"/>
              <w:right w:w="120" w:type="dxa"/>
            </w:tcMar>
            <w:vAlign w:val="center"/>
          </w:tcPr>
          <w:p w14:paraId="0FB945A4"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1871" w:type="dxa"/>
            <w:tcMar>
              <w:top w:w="120" w:type="dxa"/>
              <w:left w:w="120" w:type="dxa"/>
              <w:bottom w:w="120" w:type="dxa"/>
              <w:right w:w="120" w:type="dxa"/>
            </w:tcMar>
            <w:vAlign w:val="center"/>
          </w:tcPr>
          <w:p w14:paraId="51B1676A"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1020" w:type="dxa"/>
            <w:tcMar>
              <w:top w:w="120" w:type="dxa"/>
              <w:left w:w="120" w:type="dxa"/>
              <w:bottom w:w="120" w:type="dxa"/>
              <w:right w:w="120" w:type="dxa"/>
            </w:tcMar>
            <w:vAlign w:val="center"/>
          </w:tcPr>
          <w:p w14:paraId="1DD92840"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2268" w:type="dxa"/>
            <w:tcMar>
              <w:top w:w="120" w:type="dxa"/>
              <w:left w:w="120" w:type="dxa"/>
              <w:bottom w:w="120" w:type="dxa"/>
              <w:right w:w="120" w:type="dxa"/>
            </w:tcMar>
            <w:vAlign w:val="center"/>
          </w:tcPr>
          <w:p w14:paraId="2EE9D174"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r>
      <w:tr w:rsidR="00C75762" w:rsidRPr="00B175E3" w14:paraId="061B60FA" w14:textId="77777777" w:rsidTr="009D1256">
        <w:trPr>
          <w:jc w:val="center"/>
        </w:trPr>
        <w:tc>
          <w:tcPr>
            <w:tcW w:w="737" w:type="dxa"/>
            <w:tcMar>
              <w:top w:w="120" w:type="dxa"/>
              <w:left w:w="120" w:type="dxa"/>
              <w:bottom w:w="120" w:type="dxa"/>
              <w:right w:w="120" w:type="dxa"/>
            </w:tcMar>
            <w:vAlign w:val="center"/>
          </w:tcPr>
          <w:p w14:paraId="54174AC5"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16</w:t>
            </w:r>
          </w:p>
        </w:tc>
        <w:tc>
          <w:tcPr>
            <w:tcW w:w="3855" w:type="dxa"/>
            <w:tcMar>
              <w:top w:w="120" w:type="dxa"/>
              <w:left w:w="120" w:type="dxa"/>
              <w:bottom w:w="120" w:type="dxa"/>
              <w:right w:w="120" w:type="dxa"/>
            </w:tcMar>
            <w:vAlign w:val="center"/>
          </w:tcPr>
          <w:p w14:paraId="1C9C55CA"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1871" w:type="dxa"/>
            <w:tcMar>
              <w:top w:w="120" w:type="dxa"/>
              <w:left w:w="120" w:type="dxa"/>
              <w:bottom w:w="120" w:type="dxa"/>
              <w:right w:w="120" w:type="dxa"/>
            </w:tcMar>
            <w:vAlign w:val="center"/>
          </w:tcPr>
          <w:p w14:paraId="3493E147"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1020" w:type="dxa"/>
            <w:tcMar>
              <w:top w:w="120" w:type="dxa"/>
              <w:left w:w="120" w:type="dxa"/>
              <w:bottom w:w="120" w:type="dxa"/>
              <w:right w:w="120" w:type="dxa"/>
            </w:tcMar>
            <w:vAlign w:val="center"/>
          </w:tcPr>
          <w:p w14:paraId="283631CB"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2268" w:type="dxa"/>
            <w:tcMar>
              <w:top w:w="120" w:type="dxa"/>
              <w:left w:w="120" w:type="dxa"/>
              <w:bottom w:w="120" w:type="dxa"/>
              <w:right w:w="120" w:type="dxa"/>
            </w:tcMar>
            <w:vAlign w:val="center"/>
          </w:tcPr>
          <w:p w14:paraId="4220F9C9"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r>
      <w:tr w:rsidR="00C75762" w:rsidRPr="00B175E3" w14:paraId="3F1E6850" w14:textId="77777777" w:rsidTr="009D1256">
        <w:trPr>
          <w:jc w:val="center"/>
        </w:trPr>
        <w:tc>
          <w:tcPr>
            <w:tcW w:w="737" w:type="dxa"/>
            <w:tcMar>
              <w:top w:w="120" w:type="dxa"/>
              <w:left w:w="120" w:type="dxa"/>
              <w:bottom w:w="120" w:type="dxa"/>
              <w:right w:w="120" w:type="dxa"/>
            </w:tcMar>
            <w:vAlign w:val="center"/>
          </w:tcPr>
          <w:p w14:paraId="6363F8D6"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17</w:t>
            </w:r>
          </w:p>
        </w:tc>
        <w:tc>
          <w:tcPr>
            <w:tcW w:w="3855" w:type="dxa"/>
            <w:tcMar>
              <w:top w:w="120" w:type="dxa"/>
              <w:left w:w="120" w:type="dxa"/>
              <w:bottom w:w="120" w:type="dxa"/>
              <w:right w:w="120" w:type="dxa"/>
            </w:tcMar>
            <w:vAlign w:val="center"/>
          </w:tcPr>
          <w:p w14:paraId="0D4E156B"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1871" w:type="dxa"/>
            <w:tcMar>
              <w:top w:w="120" w:type="dxa"/>
              <w:left w:w="120" w:type="dxa"/>
              <w:bottom w:w="120" w:type="dxa"/>
              <w:right w:w="120" w:type="dxa"/>
            </w:tcMar>
            <w:vAlign w:val="center"/>
          </w:tcPr>
          <w:p w14:paraId="07985E06"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1020" w:type="dxa"/>
            <w:tcMar>
              <w:top w:w="120" w:type="dxa"/>
              <w:left w:w="120" w:type="dxa"/>
              <w:bottom w:w="120" w:type="dxa"/>
              <w:right w:w="120" w:type="dxa"/>
            </w:tcMar>
            <w:vAlign w:val="center"/>
          </w:tcPr>
          <w:p w14:paraId="7B5BCFD6"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2268" w:type="dxa"/>
            <w:tcMar>
              <w:top w:w="120" w:type="dxa"/>
              <w:left w:w="120" w:type="dxa"/>
              <w:bottom w:w="120" w:type="dxa"/>
              <w:right w:w="120" w:type="dxa"/>
            </w:tcMar>
            <w:vAlign w:val="center"/>
          </w:tcPr>
          <w:p w14:paraId="0C4145C6"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r>
      <w:tr w:rsidR="00C75762" w:rsidRPr="00B175E3" w14:paraId="6A6A5197" w14:textId="77777777" w:rsidTr="009D1256">
        <w:trPr>
          <w:jc w:val="center"/>
        </w:trPr>
        <w:tc>
          <w:tcPr>
            <w:tcW w:w="737" w:type="dxa"/>
            <w:tcMar>
              <w:top w:w="120" w:type="dxa"/>
              <w:left w:w="120" w:type="dxa"/>
              <w:bottom w:w="120" w:type="dxa"/>
              <w:right w:w="120" w:type="dxa"/>
            </w:tcMar>
            <w:vAlign w:val="center"/>
          </w:tcPr>
          <w:p w14:paraId="0C94A56C"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18</w:t>
            </w:r>
          </w:p>
        </w:tc>
        <w:tc>
          <w:tcPr>
            <w:tcW w:w="3855" w:type="dxa"/>
            <w:tcMar>
              <w:top w:w="120" w:type="dxa"/>
              <w:left w:w="120" w:type="dxa"/>
              <w:bottom w:w="120" w:type="dxa"/>
              <w:right w:w="120" w:type="dxa"/>
            </w:tcMar>
            <w:vAlign w:val="center"/>
          </w:tcPr>
          <w:p w14:paraId="3D9AEA57"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1871" w:type="dxa"/>
            <w:tcMar>
              <w:top w:w="120" w:type="dxa"/>
              <w:left w:w="120" w:type="dxa"/>
              <w:bottom w:w="120" w:type="dxa"/>
              <w:right w:w="120" w:type="dxa"/>
            </w:tcMar>
            <w:vAlign w:val="center"/>
          </w:tcPr>
          <w:p w14:paraId="7B1CD7BB"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1020" w:type="dxa"/>
            <w:tcMar>
              <w:top w:w="120" w:type="dxa"/>
              <w:left w:w="120" w:type="dxa"/>
              <w:bottom w:w="120" w:type="dxa"/>
              <w:right w:w="120" w:type="dxa"/>
            </w:tcMar>
            <w:vAlign w:val="center"/>
          </w:tcPr>
          <w:p w14:paraId="1C8D0FC1"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2268" w:type="dxa"/>
            <w:tcMar>
              <w:top w:w="120" w:type="dxa"/>
              <w:left w:w="120" w:type="dxa"/>
              <w:bottom w:w="120" w:type="dxa"/>
              <w:right w:w="120" w:type="dxa"/>
            </w:tcMar>
            <w:vAlign w:val="center"/>
          </w:tcPr>
          <w:p w14:paraId="6AA22B77"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r>
      <w:tr w:rsidR="00C75762" w:rsidRPr="00B175E3" w14:paraId="6FCC8F56" w14:textId="77777777" w:rsidTr="009D1256">
        <w:trPr>
          <w:jc w:val="center"/>
        </w:trPr>
        <w:tc>
          <w:tcPr>
            <w:tcW w:w="737" w:type="dxa"/>
            <w:tcMar>
              <w:top w:w="120" w:type="dxa"/>
              <w:left w:w="120" w:type="dxa"/>
              <w:bottom w:w="120" w:type="dxa"/>
              <w:right w:w="120" w:type="dxa"/>
            </w:tcMar>
            <w:vAlign w:val="center"/>
          </w:tcPr>
          <w:p w14:paraId="0BC8F423"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19</w:t>
            </w:r>
          </w:p>
        </w:tc>
        <w:tc>
          <w:tcPr>
            <w:tcW w:w="3855" w:type="dxa"/>
            <w:tcMar>
              <w:top w:w="120" w:type="dxa"/>
              <w:left w:w="120" w:type="dxa"/>
              <w:bottom w:w="120" w:type="dxa"/>
              <w:right w:w="120" w:type="dxa"/>
            </w:tcMar>
            <w:vAlign w:val="center"/>
          </w:tcPr>
          <w:p w14:paraId="374A93DE"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1871" w:type="dxa"/>
            <w:tcMar>
              <w:top w:w="120" w:type="dxa"/>
              <w:left w:w="120" w:type="dxa"/>
              <w:bottom w:w="120" w:type="dxa"/>
              <w:right w:w="120" w:type="dxa"/>
            </w:tcMar>
            <w:vAlign w:val="center"/>
          </w:tcPr>
          <w:p w14:paraId="43178B7B"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1020" w:type="dxa"/>
            <w:tcMar>
              <w:top w:w="120" w:type="dxa"/>
              <w:left w:w="120" w:type="dxa"/>
              <w:bottom w:w="120" w:type="dxa"/>
              <w:right w:w="120" w:type="dxa"/>
            </w:tcMar>
            <w:vAlign w:val="center"/>
          </w:tcPr>
          <w:p w14:paraId="794ED3BC"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2268" w:type="dxa"/>
            <w:tcMar>
              <w:top w:w="120" w:type="dxa"/>
              <w:left w:w="120" w:type="dxa"/>
              <w:bottom w:w="120" w:type="dxa"/>
              <w:right w:w="120" w:type="dxa"/>
            </w:tcMar>
            <w:vAlign w:val="center"/>
          </w:tcPr>
          <w:p w14:paraId="601DBC45"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r>
      <w:tr w:rsidR="00C75762" w:rsidRPr="00B175E3" w14:paraId="46C060E6" w14:textId="77777777" w:rsidTr="009D1256">
        <w:trPr>
          <w:jc w:val="center"/>
        </w:trPr>
        <w:tc>
          <w:tcPr>
            <w:tcW w:w="737" w:type="dxa"/>
            <w:tcMar>
              <w:top w:w="120" w:type="dxa"/>
              <w:left w:w="120" w:type="dxa"/>
              <w:bottom w:w="120" w:type="dxa"/>
              <w:right w:w="120" w:type="dxa"/>
            </w:tcMar>
            <w:vAlign w:val="center"/>
          </w:tcPr>
          <w:p w14:paraId="15A3C224"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20</w:t>
            </w:r>
          </w:p>
        </w:tc>
        <w:tc>
          <w:tcPr>
            <w:tcW w:w="3855" w:type="dxa"/>
            <w:tcMar>
              <w:top w:w="120" w:type="dxa"/>
              <w:left w:w="120" w:type="dxa"/>
              <w:bottom w:w="120" w:type="dxa"/>
              <w:right w:w="120" w:type="dxa"/>
            </w:tcMar>
            <w:vAlign w:val="center"/>
          </w:tcPr>
          <w:p w14:paraId="465BA822"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1871" w:type="dxa"/>
            <w:tcMar>
              <w:top w:w="120" w:type="dxa"/>
              <w:left w:w="120" w:type="dxa"/>
              <w:bottom w:w="120" w:type="dxa"/>
              <w:right w:w="120" w:type="dxa"/>
            </w:tcMar>
            <w:vAlign w:val="center"/>
          </w:tcPr>
          <w:p w14:paraId="454DFE03"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1020" w:type="dxa"/>
            <w:tcMar>
              <w:top w:w="120" w:type="dxa"/>
              <w:left w:w="120" w:type="dxa"/>
              <w:bottom w:w="120" w:type="dxa"/>
              <w:right w:w="120" w:type="dxa"/>
            </w:tcMar>
            <w:vAlign w:val="center"/>
          </w:tcPr>
          <w:p w14:paraId="5C1694E0"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c>
          <w:tcPr>
            <w:tcW w:w="2268" w:type="dxa"/>
            <w:tcMar>
              <w:top w:w="120" w:type="dxa"/>
              <w:left w:w="120" w:type="dxa"/>
              <w:bottom w:w="120" w:type="dxa"/>
              <w:right w:w="120" w:type="dxa"/>
            </w:tcMar>
            <w:vAlign w:val="center"/>
          </w:tcPr>
          <w:p w14:paraId="695A42C5"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 xml:space="preserve"> </w:t>
            </w:r>
          </w:p>
        </w:tc>
      </w:tr>
      <w:tr w:rsidR="00C75762" w:rsidRPr="00B175E3" w14:paraId="446352FF" w14:textId="77777777" w:rsidTr="009D1256">
        <w:trPr>
          <w:jc w:val="center"/>
        </w:trPr>
        <w:tc>
          <w:tcPr>
            <w:tcW w:w="737" w:type="dxa"/>
            <w:tcMar>
              <w:top w:w="120" w:type="dxa"/>
              <w:left w:w="120" w:type="dxa"/>
              <w:bottom w:w="120" w:type="dxa"/>
              <w:right w:w="120" w:type="dxa"/>
            </w:tcMar>
            <w:vAlign w:val="center"/>
          </w:tcPr>
          <w:p w14:paraId="5D522F85"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21</w:t>
            </w:r>
          </w:p>
        </w:tc>
        <w:tc>
          <w:tcPr>
            <w:tcW w:w="3855" w:type="dxa"/>
            <w:tcMar>
              <w:top w:w="120" w:type="dxa"/>
              <w:left w:w="120" w:type="dxa"/>
              <w:bottom w:w="120" w:type="dxa"/>
              <w:right w:w="120" w:type="dxa"/>
            </w:tcMar>
            <w:vAlign w:val="center"/>
          </w:tcPr>
          <w:p w14:paraId="34F5E499" w14:textId="77777777" w:rsidR="00C75762" w:rsidRPr="00B175E3" w:rsidRDefault="00C75762" w:rsidP="009D1256">
            <w:pPr>
              <w:rPr>
                <w:rFonts w:ascii="Times New Roman" w:hAnsi="Times New Roman" w:cs="Times New Roman"/>
                <w:color w:val="000000" w:themeColor="text1"/>
                <w:sz w:val="20"/>
                <w:szCs w:val="20"/>
              </w:rPr>
            </w:pPr>
          </w:p>
        </w:tc>
        <w:tc>
          <w:tcPr>
            <w:tcW w:w="1871" w:type="dxa"/>
            <w:tcMar>
              <w:top w:w="120" w:type="dxa"/>
              <w:left w:w="120" w:type="dxa"/>
              <w:bottom w:w="120" w:type="dxa"/>
              <w:right w:w="120" w:type="dxa"/>
            </w:tcMar>
            <w:vAlign w:val="center"/>
          </w:tcPr>
          <w:p w14:paraId="584F8EE8" w14:textId="77777777" w:rsidR="00C75762" w:rsidRPr="00B175E3" w:rsidRDefault="00C75762" w:rsidP="009D1256">
            <w:pPr>
              <w:rPr>
                <w:rFonts w:ascii="Times New Roman" w:hAnsi="Times New Roman" w:cs="Times New Roman"/>
                <w:color w:val="000000" w:themeColor="text1"/>
                <w:sz w:val="20"/>
                <w:szCs w:val="20"/>
              </w:rPr>
            </w:pPr>
          </w:p>
        </w:tc>
        <w:tc>
          <w:tcPr>
            <w:tcW w:w="1020" w:type="dxa"/>
            <w:tcMar>
              <w:top w:w="120" w:type="dxa"/>
              <w:left w:w="120" w:type="dxa"/>
              <w:bottom w:w="120" w:type="dxa"/>
              <w:right w:w="120" w:type="dxa"/>
            </w:tcMar>
            <w:vAlign w:val="center"/>
          </w:tcPr>
          <w:p w14:paraId="7F2A4580" w14:textId="77777777" w:rsidR="00C75762" w:rsidRPr="00B175E3" w:rsidRDefault="00C75762" w:rsidP="009D1256">
            <w:pPr>
              <w:rPr>
                <w:rFonts w:ascii="Times New Roman" w:hAnsi="Times New Roman" w:cs="Times New Roman"/>
                <w:color w:val="000000" w:themeColor="text1"/>
                <w:sz w:val="20"/>
                <w:szCs w:val="20"/>
              </w:rPr>
            </w:pPr>
          </w:p>
        </w:tc>
        <w:tc>
          <w:tcPr>
            <w:tcW w:w="2268" w:type="dxa"/>
            <w:tcMar>
              <w:top w:w="120" w:type="dxa"/>
              <w:left w:w="120" w:type="dxa"/>
              <w:bottom w:w="120" w:type="dxa"/>
              <w:right w:w="120" w:type="dxa"/>
            </w:tcMar>
            <w:vAlign w:val="center"/>
          </w:tcPr>
          <w:p w14:paraId="13B93CEF" w14:textId="77777777" w:rsidR="00C75762" w:rsidRPr="00B175E3" w:rsidRDefault="00C75762" w:rsidP="009D1256">
            <w:pPr>
              <w:rPr>
                <w:rFonts w:ascii="Times New Roman" w:hAnsi="Times New Roman" w:cs="Times New Roman"/>
                <w:color w:val="000000" w:themeColor="text1"/>
                <w:sz w:val="20"/>
                <w:szCs w:val="20"/>
              </w:rPr>
            </w:pPr>
          </w:p>
        </w:tc>
      </w:tr>
      <w:tr w:rsidR="00C75762" w:rsidRPr="00B175E3" w14:paraId="6DB07553" w14:textId="77777777" w:rsidTr="009D1256">
        <w:trPr>
          <w:jc w:val="center"/>
        </w:trPr>
        <w:tc>
          <w:tcPr>
            <w:tcW w:w="737" w:type="dxa"/>
            <w:tcMar>
              <w:top w:w="120" w:type="dxa"/>
              <w:left w:w="120" w:type="dxa"/>
              <w:bottom w:w="120" w:type="dxa"/>
              <w:right w:w="120" w:type="dxa"/>
            </w:tcMar>
            <w:vAlign w:val="center"/>
          </w:tcPr>
          <w:p w14:paraId="3173E6FD"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22</w:t>
            </w:r>
          </w:p>
        </w:tc>
        <w:tc>
          <w:tcPr>
            <w:tcW w:w="3855" w:type="dxa"/>
            <w:tcMar>
              <w:top w:w="120" w:type="dxa"/>
              <w:left w:w="120" w:type="dxa"/>
              <w:bottom w:w="120" w:type="dxa"/>
              <w:right w:w="120" w:type="dxa"/>
            </w:tcMar>
            <w:vAlign w:val="center"/>
          </w:tcPr>
          <w:p w14:paraId="46715665" w14:textId="77777777" w:rsidR="00C75762" w:rsidRPr="00B175E3" w:rsidRDefault="00C75762" w:rsidP="009D1256">
            <w:pPr>
              <w:rPr>
                <w:rFonts w:ascii="Times New Roman" w:hAnsi="Times New Roman" w:cs="Times New Roman"/>
                <w:color w:val="000000" w:themeColor="text1"/>
                <w:sz w:val="20"/>
                <w:szCs w:val="20"/>
              </w:rPr>
            </w:pPr>
          </w:p>
        </w:tc>
        <w:tc>
          <w:tcPr>
            <w:tcW w:w="1871" w:type="dxa"/>
            <w:tcMar>
              <w:top w:w="120" w:type="dxa"/>
              <w:left w:w="120" w:type="dxa"/>
              <w:bottom w:w="120" w:type="dxa"/>
              <w:right w:w="120" w:type="dxa"/>
            </w:tcMar>
            <w:vAlign w:val="center"/>
          </w:tcPr>
          <w:p w14:paraId="050C3C68" w14:textId="77777777" w:rsidR="00C75762" w:rsidRPr="00B175E3" w:rsidRDefault="00C75762" w:rsidP="009D1256">
            <w:pPr>
              <w:rPr>
                <w:rFonts w:ascii="Times New Roman" w:hAnsi="Times New Roman" w:cs="Times New Roman"/>
                <w:color w:val="000000" w:themeColor="text1"/>
                <w:sz w:val="20"/>
                <w:szCs w:val="20"/>
              </w:rPr>
            </w:pPr>
          </w:p>
        </w:tc>
        <w:tc>
          <w:tcPr>
            <w:tcW w:w="1020" w:type="dxa"/>
            <w:tcMar>
              <w:top w:w="120" w:type="dxa"/>
              <w:left w:w="120" w:type="dxa"/>
              <w:bottom w:w="120" w:type="dxa"/>
              <w:right w:w="120" w:type="dxa"/>
            </w:tcMar>
            <w:vAlign w:val="center"/>
          </w:tcPr>
          <w:p w14:paraId="417621D8" w14:textId="77777777" w:rsidR="00C75762" w:rsidRPr="00B175E3" w:rsidRDefault="00C75762" w:rsidP="009D1256">
            <w:pPr>
              <w:rPr>
                <w:rFonts w:ascii="Times New Roman" w:hAnsi="Times New Roman" w:cs="Times New Roman"/>
                <w:color w:val="000000" w:themeColor="text1"/>
                <w:sz w:val="20"/>
                <w:szCs w:val="20"/>
              </w:rPr>
            </w:pPr>
          </w:p>
        </w:tc>
        <w:tc>
          <w:tcPr>
            <w:tcW w:w="2268" w:type="dxa"/>
            <w:tcMar>
              <w:top w:w="120" w:type="dxa"/>
              <w:left w:w="120" w:type="dxa"/>
              <w:bottom w:w="120" w:type="dxa"/>
              <w:right w:w="120" w:type="dxa"/>
            </w:tcMar>
            <w:vAlign w:val="center"/>
          </w:tcPr>
          <w:p w14:paraId="6BFD40EB" w14:textId="77777777" w:rsidR="00C75762" w:rsidRPr="00B175E3" w:rsidRDefault="00C75762" w:rsidP="009D1256">
            <w:pPr>
              <w:rPr>
                <w:rFonts w:ascii="Times New Roman" w:hAnsi="Times New Roman" w:cs="Times New Roman"/>
                <w:color w:val="000000" w:themeColor="text1"/>
                <w:sz w:val="20"/>
                <w:szCs w:val="20"/>
              </w:rPr>
            </w:pPr>
          </w:p>
        </w:tc>
      </w:tr>
      <w:tr w:rsidR="00C75762" w:rsidRPr="00B175E3" w14:paraId="692DBB3E" w14:textId="77777777" w:rsidTr="009D1256">
        <w:trPr>
          <w:jc w:val="center"/>
        </w:trPr>
        <w:tc>
          <w:tcPr>
            <w:tcW w:w="737" w:type="dxa"/>
            <w:tcMar>
              <w:top w:w="120" w:type="dxa"/>
              <w:left w:w="120" w:type="dxa"/>
              <w:bottom w:w="120" w:type="dxa"/>
              <w:right w:w="120" w:type="dxa"/>
            </w:tcMar>
            <w:vAlign w:val="center"/>
          </w:tcPr>
          <w:p w14:paraId="2591D808"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23</w:t>
            </w:r>
          </w:p>
        </w:tc>
        <w:tc>
          <w:tcPr>
            <w:tcW w:w="3855" w:type="dxa"/>
            <w:tcMar>
              <w:top w:w="120" w:type="dxa"/>
              <w:left w:w="120" w:type="dxa"/>
              <w:bottom w:w="120" w:type="dxa"/>
              <w:right w:w="120" w:type="dxa"/>
            </w:tcMar>
            <w:vAlign w:val="center"/>
          </w:tcPr>
          <w:p w14:paraId="67196D84" w14:textId="77777777" w:rsidR="00C75762" w:rsidRPr="00B175E3" w:rsidRDefault="00C75762" w:rsidP="009D1256">
            <w:pPr>
              <w:rPr>
                <w:rFonts w:ascii="Times New Roman" w:hAnsi="Times New Roman" w:cs="Times New Roman"/>
                <w:color w:val="000000" w:themeColor="text1"/>
                <w:sz w:val="20"/>
                <w:szCs w:val="20"/>
              </w:rPr>
            </w:pPr>
          </w:p>
        </w:tc>
        <w:tc>
          <w:tcPr>
            <w:tcW w:w="1871" w:type="dxa"/>
            <w:tcMar>
              <w:top w:w="120" w:type="dxa"/>
              <w:left w:w="120" w:type="dxa"/>
              <w:bottom w:w="120" w:type="dxa"/>
              <w:right w:w="120" w:type="dxa"/>
            </w:tcMar>
            <w:vAlign w:val="center"/>
          </w:tcPr>
          <w:p w14:paraId="558B4D26" w14:textId="77777777" w:rsidR="00C75762" w:rsidRPr="00B175E3" w:rsidRDefault="00C75762" w:rsidP="009D1256">
            <w:pPr>
              <w:rPr>
                <w:rFonts w:ascii="Times New Roman" w:hAnsi="Times New Roman" w:cs="Times New Roman"/>
                <w:color w:val="000000" w:themeColor="text1"/>
                <w:sz w:val="20"/>
                <w:szCs w:val="20"/>
              </w:rPr>
            </w:pPr>
          </w:p>
        </w:tc>
        <w:tc>
          <w:tcPr>
            <w:tcW w:w="1020" w:type="dxa"/>
            <w:tcMar>
              <w:top w:w="120" w:type="dxa"/>
              <w:left w:w="120" w:type="dxa"/>
              <w:bottom w:w="120" w:type="dxa"/>
              <w:right w:w="120" w:type="dxa"/>
            </w:tcMar>
            <w:vAlign w:val="center"/>
          </w:tcPr>
          <w:p w14:paraId="5C1B8FBB" w14:textId="77777777" w:rsidR="00C75762" w:rsidRPr="00B175E3" w:rsidRDefault="00C75762" w:rsidP="009D1256">
            <w:pPr>
              <w:rPr>
                <w:rFonts w:ascii="Times New Roman" w:hAnsi="Times New Roman" w:cs="Times New Roman"/>
                <w:color w:val="000000" w:themeColor="text1"/>
                <w:sz w:val="20"/>
                <w:szCs w:val="20"/>
              </w:rPr>
            </w:pPr>
          </w:p>
        </w:tc>
        <w:tc>
          <w:tcPr>
            <w:tcW w:w="2268" w:type="dxa"/>
            <w:tcMar>
              <w:top w:w="120" w:type="dxa"/>
              <w:left w:w="120" w:type="dxa"/>
              <w:bottom w:w="120" w:type="dxa"/>
              <w:right w:w="120" w:type="dxa"/>
            </w:tcMar>
            <w:vAlign w:val="center"/>
          </w:tcPr>
          <w:p w14:paraId="2865EC7A" w14:textId="77777777" w:rsidR="00C75762" w:rsidRPr="00B175E3" w:rsidRDefault="00C75762" w:rsidP="009D1256">
            <w:pPr>
              <w:rPr>
                <w:rFonts w:ascii="Times New Roman" w:hAnsi="Times New Roman" w:cs="Times New Roman"/>
                <w:color w:val="000000" w:themeColor="text1"/>
                <w:sz w:val="20"/>
                <w:szCs w:val="20"/>
              </w:rPr>
            </w:pPr>
          </w:p>
        </w:tc>
      </w:tr>
      <w:tr w:rsidR="00C75762" w:rsidRPr="00B175E3" w14:paraId="41564246" w14:textId="77777777" w:rsidTr="009D1256">
        <w:trPr>
          <w:jc w:val="center"/>
        </w:trPr>
        <w:tc>
          <w:tcPr>
            <w:tcW w:w="737" w:type="dxa"/>
            <w:tcMar>
              <w:top w:w="120" w:type="dxa"/>
              <w:left w:w="120" w:type="dxa"/>
              <w:bottom w:w="120" w:type="dxa"/>
              <w:right w:w="120" w:type="dxa"/>
            </w:tcMar>
            <w:vAlign w:val="center"/>
          </w:tcPr>
          <w:p w14:paraId="1A7518D6"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24</w:t>
            </w:r>
          </w:p>
        </w:tc>
        <w:tc>
          <w:tcPr>
            <w:tcW w:w="3855" w:type="dxa"/>
            <w:tcMar>
              <w:top w:w="120" w:type="dxa"/>
              <w:left w:w="120" w:type="dxa"/>
              <w:bottom w:w="120" w:type="dxa"/>
              <w:right w:w="120" w:type="dxa"/>
            </w:tcMar>
            <w:vAlign w:val="center"/>
          </w:tcPr>
          <w:p w14:paraId="19467F05" w14:textId="77777777" w:rsidR="00C75762" w:rsidRPr="00B175E3" w:rsidRDefault="00C75762" w:rsidP="009D1256">
            <w:pPr>
              <w:rPr>
                <w:rFonts w:ascii="Times New Roman" w:hAnsi="Times New Roman" w:cs="Times New Roman"/>
                <w:color w:val="000000" w:themeColor="text1"/>
                <w:sz w:val="20"/>
                <w:szCs w:val="20"/>
              </w:rPr>
            </w:pPr>
          </w:p>
        </w:tc>
        <w:tc>
          <w:tcPr>
            <w:tcW w:w="1871" w:type="dxa"/>
            <w:tcMar>
              <w:top w:w="120" w:type="dxa"/>
              <w:left w:w="120" w:type="dxa"/>
              <w:bottom w:w="120" w:type="dxa"/>
              <w:right w:w="120" w:type="dxa"/>
            </w:tcMar>
            <w:vAlign w:val="center"/>
          </w:tcPr>
          <w:p w14:paraId="40839BE9" w14:textId="77777777" w:rsidR="00C75762" w:rsidRPr="00B175E3" w:rsidRDefault="00C75762" w:rsidP="009D1256">
            <w:pPr>
              <w:rPr>
                <w:rFonts w:ascii="Times New Roman" w:hAnsi="Times New Roman" w:cs="Times New Roman"/>
                <w:color w:val="000000" w:themeColor="text1"/>
                <w:sz w:val="20"/>
                <w:szCs w:val="20"/>
              </w:rPr>
            </w:pPr>
          </w:p>
        </w:tc>
        <w:tc>
          <w:tcPr>
            <w:tcW w:w="1020" w:type="dxa"/>
            <w:tcMar>
              <w:top w:w="120" w:type="dxa"/>
              <w:left w:w="120" w:type="dxa"/>
              <w:bottom w:w="120" w:type="dxa"/>
              <w:right w:w="120" w:type="dxa"/>
            </w:tcMar>
            <w:vAlign w:val="center"/>
          </w:tcPr>
          <w:p w14:paraId="14012339" w14:textId="77777777" w:rsidR="00C75762" w:rsidRPr="00B175E3" w:rsidRDefault="00C75762" w:rsidP="009D1256">
            <w:pPr>
              <w:rPr>
                <w:rFonts w:ascii="Times New Roman" w:hAnsi="Times New Roman" w:cs="Times New Roman"/>
                <w:color w:val="000000" w:themeColor="text1"/>
                <w:sz w:val="20"/>
                <w:szCs w:val="20"/>
              </w:rPr>
            </w:pPr>
          </w:p>
        </w:tc>
        <w:tc>
          <w:tcPr>
            <w:tcW w:w="2268" w:type="dxa"/>
            <w:tcMar>
              <w:top w:w="120" w:type="dxa"/>
              <w:left w:w="120" w:type="dxa"/>
              <w:bottom w:w="120" w:type="dxa"/>
              <w:right w:w="120" w:type="dxa"/>
            </w:tcMar>
            <w:vAlign w:val="center"/>
          </w:tcPr>
          <w:p w14:paraId="0AB0F290" w14:textId="77777777" w:rsidR="00C75762" w:rsidRPr="00B175E3" w:rsidRDefault="00C75762" w:rsidP="009D1256">
            <w:pPr>
              <w:rPr>
                <w:rFonts w:ascii="Times New Roman" w:hAnsi="Times New Roman" w:cs="Times New Roman"/>
                <w:color w:val="000000" w:themeColor="text1"/>
                <w:sz w:val="20"/>
                <w:szCs w:val="20"/>
              </w:rPr>
            </w:pPr>
          </w:p>
        </w:tc>
      </w:tr>
      <w:tr w:rsidR="00C75762" w:rsidRPr="00B175E3" w14:paraId="317926F4" w14:textId="77777777" w:rsidTr="009D1256">
        <w:trPr>
          <w:jc w:val="center"/>
        </w:trPr>
        <w:tc>
          <w:tcPr>
            <w:tcW w:w="737" w:type="dxa"/>
            <w:tcMar>
              <w:top w:w="120" w:type="dxa"/>
              <w:left w:w="120" w:type="dxa"/>
              <w:bottom w:w="120" w:type="dxa"/>
              <w:right w:w="120" w:type="dxa"/>
            </w:tcMar>
            <w:vAlign w:val="center"/>
          </w:tcPr>
          <w:p w14:paraId="2539479B"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25</w:t>
            </w:r>
          </w:p>
        </w:tc>
        <w:tc>
          <w:tcPr>
            <w:tcW w:w="3855" w:type="dxa"/>
            <w:tcMar>
              <w:top w:w="120" w:type="dxa"/>
              <w:left w:w="120" w:type="dxa"/>
              <w:bottom w:w="120" w:type="dxa"/>
              <w:right w:w="120" w:type="dxa"/>
            </w:tcMar>
            <w:vAlign w:val="center"/>
          </w:tcPr>
          <w:p w14:paraId="217CC66C" w14:textId="77777777" w:rsidR="00C75762" w:rsidRPr="00B175E3" w:rsidRDefault="00C75762" w:rsidP="009D1256">
            <w:pPr>
              <w:rPr>
                <w:rFonts w:ascii="Times New Roman" w:hAnsi="Times New Roman" w:cs="Times New Roman"/>
                <w:color w:val="000000" w:themeColor="text1"/>
                <w:sz w:val="20"/>
                <w:szCs w:val="20"/>
              </w:rPr>
            </w:pPr>
          </w:p>
        </w:tc>
        <w:tc>
          <w:tcPr>
            <w:tcW w:w="1871" w:type="dxa"/>
            <w:tcMar>
              <w:top w:w="120" w:type="dxa"/>
              <w:left w:w="120" w:type="dxa"/>
              <w:bottom w:w="120" w:type="dxa"/>
              <w:right w:w="120" w:type="dxa"/>
            </w:tcMar>
            <w:vAlign w:val="center"/>
          </w:tcPr>
          <w:p w14:paraId="4AD4F127" w14:textId="77777777" w:rsidR="00C75762" w:rsidRPr="00B175E3" w:rsidRDefault="00C75762" w:rsidP="009D1256">
            <w:pPr>
              <w:rPr>
                <w:rFonts w:ascii="Times New Roman" w:hAnsi="Times New Roman" w:cs="Times New Roman"/>
                <w:color w:val="000000" w:themeColor="text1"/>
                <w:sz w:val="20"/>
                <w:szCs w:val="20"/>
              </w:rPr>
            </w:pPr>
          </w:p>
        </w:tc>
        <w:tc>
          <w:tcPr>
            <w:tcW w:w="1020" w:type="dxa"/>
            <w:tcMar>
              <w:top w:w="120" w:type="dxa"/>
              <w:left w:w="120" w:type="dxa"/>
              <w:bottom w:w="120" w:type="dxa"/>
              <w:right w:w="120" w:type="dxa"/>
            </w:tcMar>
            <w:vAlign w:val="center"/>
          </w:tcPr>
          <w:p w14:paraId="66344FCA" w14:textId="77777777" w:rsidR="00C75762" w:rsidRPr="00B175E3" w:rsidRDefault="00C75762" w:rsidP="009D1256">
            <w:pPr>
              <w:rPr>
                <w:rFonts w:ascii="Times New Roman" w:hAnsi="Times New Roman" w:cs="Times New Roman"/>
                <w:color w:val="000000" w:themeColor="text1"/>
                <w:sz w:val="20"/>
                <w:szCs w:val="20"/>
              </w:rPr>
            </w:pPr>
          </w:p>
        </w:tc>
        <w:tc>
          <w:tcPr>
            <w:tcW w:w="2268" w:type="dxa"/>
            <w:tcMar>
              <w:top w:w="120" w:type="dxa"/>
              <w:left w:w="120" w:type="dxa"/>
              <w:bottom w:w="120" w:type="dxa"/>
              <w:right w:w="120" w:type="dxa"/>
            </w:tcMar>
            <w:vAlign w:val="center"/>
          </w:tcPr>
          <w:p w14:paraId="7FE5E46D" w14:textId="77777777" w:rsidR="00C75762" w:rsidRPr="00B175E3" w:rsidRDefault="00C75762" w:rsidP="009D1256">
            <w:pPr>
              <w:rPr>
                <w:rFonts w:ascii="Times New Roman" w:hAnsi="Times New Roman" w:cs="Times New Roman"/>
                <w:color w:val="000000" w:themeColor="text1"/>
                <w:sz w:val="20"/>
                <w:szCs w:val="20"/>
              </w:rPr>
            </w:pPr>
          </w:p>
        </w:tc>
      </w:tr>
      <w:tr w:rsidR="00C75762" w:rsidRPr="00B175E3" w14:paraId="77BAB40F" w14:textId="77777777" w:rsidTr="009D1256">
        <w:trPr>
          <w:jc w:val="center"/>
        </w:trPr>
        <w:tc>
          <w:tcPr>
            <w:tcW w:w="737" w:type="dxa"/>
            <w:tcMar>
              <w:top w:w="120" w:type="dxa"/>
              <w:left w:w="120" w:type="dxa"/>
              <w:bottom w:w="120" w:type="dxa"/>
              <w:right w:w="120" w:type="dxa"/>
            </w:tcMar>
            <w:vAlign w:val="center"/>
          </w:tcPr>
          <w:p w14:paraId="0FD83423"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lastRenderedPageBreak/>
              <w:t>26</w:t>
            </w:r>
          </w:p>
        </w:tc>
        <w:tc>
          <w:tcPr>
            <w:tcW w:w="3855" w:type="dxa"/>
            <w:tcMar>
              <w:top w:w="120" w:type="dxa"/>
              <w:left w:w="120" w:type="dxa"/>
              <w:bottom w:w="120" w:type="dxa"/>
              <w:right w:w="120" w:type="dxa"/>
            </w:tcMar>
            <w:vAlign w:val="center"/>
          </w:tcPr>
          <w:p w14:paraId="7454DFDA" w14:textId="77777777" w:rsidR="00C75762" w:rsidRPr="00B175E3" w:rsidRDefault="00C75762" w:rsidP="009D1256">
            <w:pPr>
              <w:rPr>
                <w:rFonts w:ascii="Times New Roman" w:hAnsi="Times New Roman" w:cs="Times New Roman"/>
                <w:color w:val="000000" w:themeColor="text1"/>
                <w:sz w:val="20"/>
                <w:szCs w:val="20"/>
              </w:rPr>
            </w:pPr>
          </w:p>
        </w:tc>
        <w:tc>
          <w:tcPr>
            <w:tcW w:w="1871" w:type="dxa"/>
            <w:tcMar>
              <w:top w:w="120" w:type="dxa"/>
              <w:left w:w="120" w:type="dxa"/>
              <w:bottom w:w="120" w:type="dxa"/>
              <w:right w:w="120" w:type="dxa"/>
            </w:tcMar>
            <w:vAlign w:val="center"/>
          </w:tcPr>
          <w:p w14:paraId="771CB6C9" w14:textId="77777777" w:rsidR="00C75762" w:rsidRPr="00B175E3" w:rsidRDefault="00C75762" w:rsidP="009D1256">
            <w:pPr>
              <w:rPr>
                <w:rFonts w:ascii="Times New Roman" w:hAnsi="Times New Roman" w:cs="Times New Roman"/>
                <w:color w:val="000000" w:themeColor="text1"/>
                <w:sz w:val="20"/>
                <w:szCs w:val="20"/>
              </w:rPr>
            </w:pPr>
          </w:p>
        </w:tc>
        <w:tc>
          <w:tcPr>
            <w:tcW w:w="1020" w:type="dxa"/>
            <w:tcMar>
              <w:top w:w="120" w:type="dxa"/>
              <w:left w:w="120" w:type="dxa"/>
              <w:bottom w:w="120" w:type="dxa"/>
              <w:right w:w="120" w:type="dxa"/>
            </w:tcMar>
            <w:vAlign w:val="center"/>
          </w:tcPr>
          <w:p w14:paraId="239D4252" w14:textId="77777777" w:rsidR="00C75762" w:rsidRPr="00B175E3" w:rsidRDefault="00C75762" w:rsidP="009D1256">
            <w:pPr>
              <w:rPr>
                <w:rFonts w:ascii="Times New Roman" w:hAnsi="Times New Roman" w:cs="Times New Roman"/>
                <w:color w:val="000000" w:themeColor="text1"/>
                <w:sz w:val="20"/>
                <w:szCs w:val="20"/>
              </w:rPr>
            </w:pPr>
          </w:p>
        </w:tc>
        <w:tc>
          <w:tcPr>
            <w:tcW w:w="2268" w:type="dxa"/>
            <w:tcMar>
              <w:top w:w="120" w:type="dxa"/>
              <w:left w:w="120" w:type="dxa"/>
              <w:bottom w:w="120" w:type="dxa"/>
              <w:right w:w="120" w:type="dxa"/>
            </w:tcMar>
            <w:vAlign w:val="center"/>
          </w:tcPr>
          <w:p w14:paraId="6305FCA8" w14:textId="77777777" w:rsidR="00C75762" w:rsidRPr="00B175E3" w:rsidRDefault="00C75762" w:rsidP="009D1256">
            <w:pPr>
              <w:rPr>
                <w:rFonts w:ascii="Times New Roman" w:hAnsi="Times New Roman" w:cs="Times New Roman"/>
                <w:color w:val="000000" w:themeColor="text1"/>
                <w:sz w:val="20"/>
                <w:szCs w:val="20"/>
              </w:rPr>
            </w:pPr>
          </w:p>
        </w:tc>
      </w:tr>
      <w:tr w:rsidR="00C75762" w:rsidRPr="00B175E3" w14:paraId="79C4EBD0" w14:textId="77777777" w:rsidTr="009D1256">
        <w:trPr>
          <w:jc w:val="center"/>
        </w:trPr>
        <w:tc>
          <w:tcPr>
            <w:tcW w:w="737" w:type="dxa"/>
            <w:tcMar>
              <w:top w:w="120" w:type="dxa"/>
              <w:left w:w="120" w:type="dxa"/>
              <w:bottom w:w="120" w:type="dxa"/>
              <w:right w:w="120" w:type="dxa"/>
            </w:tcMar>
            <w:vAlign w:val="center"/>
          </w:tcPr>
          <w:p w14:paraId="509AAD64"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27</w:t>
            </w:r>
          </w:p>
        </w:tc>
        <w:tc>
          <w:tcPr>
            <w:tcW w:w="3855" w:type="dxa"/>
            <w:tcMar>
              <w:top w:w="120" w:type="dxa"/>
              <w:left w:w="120" w:type="dxa"/>
              <w:bottom w:w="120" w:type="dxa"/>
              <w:right w:w="120" w:type="dxa"/>
            </w:tcMar>
            <w:vAlign w:val="center"/>
          </w:tcPr>
          <w:p w14:paraId="58FABE9A" w14:textId="77777777" w:rsidR="00C75762" w:rsidRPr="00B175E3" w:rsidRDefault="00C75762" w:rsidP="009D1256">
            <w:pPr>
              <w:rPr>
                <w:rFonts w:ascii="Times New Roman" w:hAnsi="Times New Roman" w:cs="Times New Roman"/>
                <w:color w:val="000000" w:themeColor="text1"/>
                <w:sz w:val="20"/>
                <w:szCs w:val="20"/>
              </w:rPr>
            </w:pPr>
          </w:p>
        </w:tc>
        <w:tc>
          <w:tcPr>
            <w:tcW w:w="1871" w:type="dxa"/>
            <w:tcMar>
              <w:top w:w="120" w:type="dxa"/>
              <w:left w:w="120" w:type="dxa"/>
              <w:bottom w:w="120" w:type="dxa"/>
              <w:right w:w="120" w:type="dxa"/>
            </w:tcMar>
            <w:vAlign w:val="center"/>
          </w:tcPr>
          <w:p w14:paraId="266EFBA7" w14:textId="77777777" w:rsidR="00C75762" w:rsidRPr="00B175E3" w:rsidRDefault="00C75762" w:rsidP="009D1256">
            <w:pPr>
              <w:rPr>
                <w:rFonts w:ascii="Times New Roman" w:hAnsi="Times New Roman" w:cs="Times New Roman"/>
                <w:color w:val="000000" w:themeColor="text1"/>
                <w:sz w:val="20"/>
                <w:szCs w:val="20"/>
              </w:rPr>
            </w:pPr>
          </w:p>
        </w:tc>
        <w:tc>
          <w:tcPr>
            <w:tcW w:w="1020" w:type="dxa"/>
            <w:tcMar>
              <w:top w:w="120" w:type="dxa"/>
              <w:left w:w="120" w:type="dxa"/>
              <w:bottom w:w="120" w:type="dxa"/>
              <w:right w:w="120" w:type="dxa"/>
            </w:tcMar>
            <w:vAlign w:val="center"/>
          </w:tcPr>
          <w:p w14:paraId="0AB90A1E" w14:textId="77777777" w:rsidR="00C75762" w:rsidRPr="00B175E3" w:rsidRDefault="00C75762" w:rsidP="009D1256">
            <w:pPr>
              <w:rPr>
                <w:rFonts w:ascii="Times New Roman" w:hAnsi="Times New Roman" w:cs="Times New Roman"/>
                <w:color w:val="000000" w:themeColor="text1"/>
                <w:sz w:val="20"/>
                <w:szCs w:val="20"/>
              </w:rPr>
            </w:pPr>
          </w:p>
        </w:tc>
        <w:tc>
          <w:tcPr>
            <w:tcW w:w="2268" w:type="dxa"/>
            <w:tcMar>
              <w:top w:w="120" w:type="dxa"/>
              <w:left w:w="120" w:type="dxa"/>
              <w:bottom w:w="120" w:type="dxa"/>
              <w:right w:w="120" w:type="dxa"/>
            </w:tcMar>
            <w:vAlign w:val="center"/>
          </w:tcPr>
          <w:p w14:paraId="77C5C935" w14:textId="77777777" w:rsidR="00C75762" w:rsidRPr="00B175E3" w:rsidRDefault="00C75762" w:rsidP="009D1256">
            <w:pPr>
              <w:rPr>
                <w:rFonts w:ascii="Times New Roman" w:hAnsi="Times New Roman" w:cs="Times New Roman"/>
                <w:color w:val="000000" w:themeColor="text1"/>
                <w:sz w:val="20"/>
                <w:szCs w:val="20"/>
              </w:rPr>
            </w:pPr>
          </w:p>
        </w:tc>
      </w:tr>
      <w:tr w:rsidR="00C75762" w:rsidRPr="00B175E3" w14:paraId="689BAE03" w14:textId="77777777" w:rsidTr="009D1256">
        <w:trPr>
          <w:jc w:val="center"/>
        </w:trPr>
        <w:tc>
          <w:tcPr>
            <w:tcW w:w="737" w:type="dxa"/>
            <w:tcMar>
              <w:top w:w="120" w:type="dxa"/>
              <w:left w:w="120" w:type="dxa"/>
              <w:bottom w:w="120" w:type="dxa"/>
              <w:right w:w="120" w:type="dxa"/>
            </w:tcMar>
            <w:vAlign w:val="center"/>
          </w:tcPr>
          <w:p w14:paraId="12978A9E"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28</w:t>
            </w:r>
          </w:p>
        </w:tc>
        <w:tc>
          <w:tcPr>
            <w:tcW w:w="3855" w:type="dxa"/>
            <w:tcMar>
              <w:top w:w="120" w:type="dxa"/>
              <w:left w:w="120" w:type="dxa"/>
              <w:bottom w:w="120" w:type="dxa"/>
              <w:right w:w="120" w:type="dxa"/>
            </w:tcMar>
            <w:vAlign w:val="center"/>
          </w:tcPr>
          <w:p w14:paraId="5AAD9335" w14:textId="77777777" w:rsidR="00C75762" w:rsidRPr="00B175E3" w:rsidRDefault="00C75762" w:rsidP="009D1256">
            <w:pPr>
              <w:rPr>
                <w:rFonts w:ascii="Times New Roman" w:hAnsi="Times New Roman" w:cs="Times New Roman"/>
                <w:color w:val="000000" w:themeColor="text1"/>
                <w:sz w:val="20"/>
                <w:szCs w:val="20"/>
              </w:rPr>
            </w:pPr>
          </w:p>
        </w:tc>
        <w:tc>
          <w:tcPr>
            <w:tcW w:w="1871" w:type="dxa"/>
            <w:tcMar>
              <w:top w:w="120" w:type="dxa"/>
              <w:left w:w="120" w:type="dxa"/>
              <w:bottom w:w="120" w:type="dxa"/>
              <w:right w:w="120" w:type="dxa"/>
            </w:tcMar>
            <w:vAlign w:val="center"/>
          </w:tcPr>
          <w:p w14:paraId="4FF540DA" w14:textId="77777777" w:rsidR="00C75762" w:rsidRPr="00B175E3" w:rsidRDefault="00C75762" w:rsidP="009D1256">
            <w:pPr>
              <w:rPr>
                <w:rFonts w:ascii="Times New Roman" w:hAnsi="Times New Roman" w:cs="Times New Roman"/>
                <w:color w:val="000000" w:themeColor="text1"/>
                <w:sz w:val="20"/>
                <w:szCs w:val="20"/>
              </w:rPr>
            </w:pPr>
          </w:p>
        </w:tc>
        <w:tc>
          <w:tcPr>
            <w:tcW w:w="1020" w:type="dxa"/>
            <w:tcMar>
              <w:top w:w="120" w:type="dxa"/>
              <w:left w:w="120" w:type="dxa"/>
              <w:bottom w:w="120" w:type="dxa"/>
              <w:right w:w="120" w:type="dxa"/>
            </w:tcMar>
            <w:vAlign w:val="center"/>
          </w:tcPr>
          <w:p w14:paraId="0EC5DAEB" w14:textId="77777777" w:rsidR="00C75762" w:rsidRPr="00B175E3" w:rsidRDefault="00C75762" w:rsidP="009D1256">
            <w:pPr>
              <w:rPr>
                <w:rFonts w:ascii="Times New Roman" w:hAnsi="Times New Roman" w:cs="Times New Roman"/>
                <w:color w:val="000000" w:themeColor="text1"/>
                <w:sz w:val="20"/>
                <w:szCs w:val="20"/>
              </w:rPr>
            </w:pPr>
          </w:p>
        </w:tc>
        <w:tc>
          <w:tcPr>
            <w:tcW w:w="2268" w:type="dxa"/>
            <w:tcMar>
              <w:top w:w="120" w:type="dxa"/>
              <w:left w:w="120" w:type="dxa"/>
              <w:bottom w:w="120" w:type="dxa"/>
              <w:right w:w="120" w:type="dxa"/>
            </w:tcMar>
            <w:vAlign w:val="center"/>
          </w:tcPr>
          <w:p w14:paraId="576C162D" w14:textId="77777777" w:rsidR="00C75762" w:rsidRPr="00B175E3" w:rsidRDefault="00C75762" w:rsidP="009D1256">
            <w:pPr>
              <w:rPr>
                <w:rFonts w:ascii="Times New Roman" w:hAnsi="Times New Roman" w:cs="Times New Roman"/>
                <w:color w:val="000000" w:themeColor="text1"/>
                <w:sz w:val="20"/>
                <w:szCs w:val="20"/>
              </w:rPr>
            </w:pPr>
          </w:p>
        </w:tc>
      </w:tr>
      <w:tr w:rsidR="00C75762" w:rsidRPr="00B175E3" w14:paraId="77C2640C" w14:textId="77777777" w:rsidTr="009D1256">
        <w:trPr>
          <w:jc w:val="center"/>
        </w:trPr>
        <w:tc>
          <w:tcPr>
            <w:tcW w:w="737" w:type="dxa"/>
            <w:tcMar>
              <w:top w:w="120" w:type="dxa"/>
              <w:left w:w="120" w:type="dxa"/>
              <w:bottom w:w="120" w:type="dxa"/>
              <w:right w:w="120" w:type="dxa"/>
            </w:tcMar>
            <w:vAlign w:val="center"/>
          </w:tcPr>
          <w:p w14:paraId="376F97FC"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29</w:t>
            </w:r>
          </w:p>
        </w:tc>
        <w:tc>
          <w:tcPr>
            <w:tcW w:w="3855" w:type="dxa"/>
            <w:tcMar>
              <w:top w:w="120" w:type="dxa"/>
              <w:left w:w="120" w:type="dxa"/>
              <w:bottom w:w="120" w:type="dxa"/>
              <w:right w:w="120" w:type="dxa"/>
            </w:tcMar>
            <w:vAlign w:val="center"/>
          </w:tcPr>
          <w:p w14:paraId="4F2671CB" w14:textId="77777777" w:rsidR="00C75762" w:rsidRPr="00B175E3" w:rsidRDefault="00C75762" w:rsidP="009D1256">
            <w:pPr>
              <w:rPr>
                <w:rFonts w:ascii="Times New Roman" w:hAnsi="Times New Roman" w:cs="Times New Roman"/>
                <w:color w:val="000000" w:themeColor="text1"/>
                <w:sz w:val="20"/>
                <w:szCs w:val="20"/>
              </w:rPr>
            </w:pPr>
          </w:p>
        </w:tc>
        <w:tc>
          <w:tcPr>
            <w:tcW w:w="1871" w:type="dxa"/>
            <w:tcMar>
              <w:top w:w="120" w:type="dxa"/>
              <w:left w:w="120" w:type="dxa"/>
              <w:bottom w:w="120" w:type="dxa"/>
              <w:right w:w="120" w:type="dxa"/>
            </w:tcMar>
            <w:vAlign w:val="center"/>
          </w:tcPr>
          <w:p w14:paraId="10E84B05" w14:textId="77777777" w:rsidR="00C75762" w:rsidRPr="00B175E3" w:rsidRDefault="00C75762" w:rsidP="009D1256">
            <w:pPr>
              <w:rPr>
                <w:rFonts w:ascii="Times New Roman" w:hAnsi="Times New Roman" w:cs="Times New Roman"/>
                <w:color w:val="000000" w:themeColor="text1"/>
                <w:sz w:val="20"/>
                <w:szCs w:val="20"/>
              </w:rPr>
            </w:pPr>
          </w:p>
        </w:tc>
        <w:tc>
          <w:tcPr>
            <w:tcW w:w="1020" w:type="dxa"/>
            <w:tcMar>
              <w:top w:w="120" w:type="dxa"/>
              <w:left w:w="120" w:type="dxa"/>
              <w:bottom w:w="120" w:type="dxa"/>
              <w:right w:w="120" w:type="dxa"/>
            </w:tcMar>
            <w:vAlign w:val="center"/>
          </w:tcPr>
          <w:p w14:paraId="3A92C33A" w14:textId="77777777" w:rsidR="00C75762" w:rsidRPr="00B175E3" w:rsidRDefault="00C75762" w:rsidP="009D1256">
            <w:pPr>
              <w:rPr>
                <w:rFonts w:ascii="Times New Roman" w:hAnsi="Times New Roman" w:cs="Times New Roman"/>
                <w:color w:val="000000" w:themeColor="text1"/>
                <w:sz w:val="20"/>
                <w:szCs w:val="20"/>
              </w:rPr>
            </w:pPr>
          </w:p>
        </w:tc>
        <w:tc>
          <w:tcPr>
            <w:tcW w:w="2268" w:type="dxa"/>
            <w:tcMar>
              <w:top w:w="120" w:type="dxa"/>
              <w:left w:w="120" w:type="dxa"/>
              <w:bottom w:w="120" w:type="dxa"/>
              <w:right w:w="120" w:type="dxa"/>
            </w:tcMar>
            <w:vAlign w:val="center"/>
          </w:tcPr>
          <w:p w14:paraId="2B585BB1" w14:textId="77777777" w:rsidR="00C75762" w:rsidRPr="00B175E3" w:rsidRDefault="00C75762" w:rsidP="009D1256">
            <w:pPr>
              <w:rPr>
                <w:rFonts w:ascii="Times New Roman" w:hAnsi="Times New Roman" w:cs="Times New Roman"/>
                <w:color w:val="000000" w:themeColor="text1"/>
                <w:sz w:val="20"/>
                <w:szCs w:val="20"/>
              </w:rPr>
            </w:pPr>
          </w:p>
        </w:tc>
      </w:tr>
      <w:tr w:rsidR="00C75762" w:rsidRPr="00B175E3" w14:paraId="2E65CAA9" w14:textId="77777777" w:rsidTr="009D1256">
        <w:trPr>
          <w:jc w:val="center"/>
        </w:trPr>
        <w:tc>
          <w:tcPr>
            <w:tcW w:w="737" w:type="dxa"/>
            <w:tcMar>
              <w:top w:w="120" w:type="dxa"/>
              <w:left w:w="120" w:type="dxa"/>
              <w:bottom w:w="120" w:type="dxa"/>
              <w:right w:w="120" w:type="dxa"/>
            </w:tcMar>
            <w:vAlign w:val="center"/>
          </w:tcPr>
          <w:p w14:paraId="77851CE3"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30</w:t>
            </w:r>
          </w:p>
        </w:tc>
        <w:tc>
          <w:tcPr>
            <w:tcW w:w="3855" w:type="dxa"/>
            <w:tcMar>
              <w:top w:w="120" w:type="dxa"/>
              <w:left w:w="120" w:type="dxa"/>
              <w:bottom w:w="120" w:type="dxa"/>
              <w:right w:w="120" w:type="dxa"/>
            </w:tcMar>
            <w:vAlign w:val="center"/>
          </w:tcPr>
          <w:p w14:paraId="48B22C79" w14:textId="77777777" w:rsidR="00C75762" w:rsidRPr="00B175E3" w:rsidRDefault="00C75762" w:rsidP="009D1256">
            <w:pPr>
              <w:rPr>
                <w:rFonts w:ascii="Times New Roman" w:hAnsi="Times New Roman" w:cs="Times New Roman"/>
                <w:color w:val="000000" w:themeColor="text1"/>
                <w:sz w:val="20"/>
                <w:szCs w:val="20"/>
              </w:rPr>
            </w:pPr>
          </w:p>
        </w:tc>
        <w:tc>
          <w:tcPr>
            <w:tcW w:w="1871" w:type="dxa"/>
            <w:tcMar>
              <w:top w:w="120" w:type="dxa"/>
              <w:left w:w="120" w:type="dxa"/>
              <w:bottom w:w="120" w:type="dxa"/>
              <w:right w:w="120" w:type="dxa"/>
            </w:tcMar>
            <w:vAlign w:val="center"/>
          </w:tcPr>
          <w:p w14:paraId="7660E91B" w14:textId="77777777" w:rsidR="00C75762" w:rsidRPr="00B175E3" w:rsidRDefault="00C75762" w:rsidP="009D1256">
            <w:pPr>
              <w:rPr>
                <w:rFonts w:ascii="Times New Roman" w:hAnsi="Times New Roman" w:cs="Times New Roman"/>
                <w:color w:val="000000" w:themeColor="text1"/>
                <w:sz w:val="20"/>
                <w:szCs w:val="20"/>
              </w:rPr>
            </w:pPr>
          </w:p>
        </w:tc>
        <w:tc>
          <w:tcPr>
            <w:tcW w:w="1020" w:type="dxa"/>
            <w:tcMar>
              <w:top w:w="120" w:type="dxa"/>
              <w:left w:w="120" w:type="dxa"/>
              <w:bottom w:w="120" w:type="dxa"/>
              <w:right w:w="120" w:type="dxa"/>
            </w:tcMar>
            <w:vAlign w:val="center"/>
          </w:tcPr>
          <w:p w14:paraId="7EDBB820" w14:textId="77777777" w:rsidR="00C75762" w:rsidRPr="00B175E3" w:rsidRDefault="00C75762" w:rsidP="009D1256">
            <w:pPr>
              <w:rPr>
                <w:rFonts w:ascii="Times New Roman" w:hAnsi="Times New Roman" w:cs="Times New Roman"/>
                <w:color w:val="000000" w:themeColor="text1"/>
                <w:sz w:val="20"/>
                <w:szCs w:val="20"/>
              </w:rPr>
            </w:pPr>
          </w:p>
        </w:tc>
        <w:tc>
          <w:tcPr>
            <w:tcW w:w="2268" w:type="dxa"/>
            <w:tcMar>
              <w:top w:w="120" w:type="dxa"/>
              <w:left w:w="120" w:type="dxa"/>
              <w:bottom w:w="120" w:type="dxa"/>
              <w:right w:w="120" w:type="dxa"/>
            </w:tcMar>
            <w:vAlign w:val="center"/>
          </w:tcPr>
          <w:p w14:paraId="4E33A5A0" w14:textId="77777777" w:rsidR="00C75762" w:rsidRPr="00B175E3" w:rsidRDefault="00C75762" w:rsidP="009D1256">
            <w:pPr>
              <w:rPr>
                <w:rFonts w:ascii="Times New Roman" w:hAnsi="Times New Roman" w:cs="Times New Roman"/>
                <w:color w:val="000000" w:themeColor="text1"/>
                <w:sz w:val="20"/>
                <w:szCs w:val="20"/>
              </w:rPr>
            </w:pPr>
          </w:p>
        </w:tc>
      </w:tr>
      <w:tr w:rsidR="00C75762" w:rsidRPr="00B175E3" w14:paraId="1648001C" w14:textId="77777777" w:rsidTr="009D1256">
        <w:trPr>
          <w:jc w:val="center"/>
        </w:trPr>
        <w:tc>
          <w:tcPr>
            <w:tcW w:w="737" w:type="dxa"/>
            <w:tcMar>
              <w:top w:w="120" w:type="dxa"/>
              <w:left w:w="120" w:type="dxa"/>
              <w:bottom w:w="120" w:type="dxa"/>
              <w:right w:w="120" w:type="dxa"/>
            </w:tcMar>
            <w:vAlign w:val="center"/>
          </w:tcPr>
          <w:p w14:paraId="121C7F94"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31</w:t>
            </w:r>
          </w:p>
        </w:tc>
        <w:tc>
          <w:tcPr>
            <w:tcW w:w="3855" w:type="dxa"/>
            <w:tcMar>
              <w:top w:w="120" w:type="dxa"/>
              <w:left w:w="120" w:type="dxa"/>
              <w:bottom w:w="120" w:type="dxa"/>
              <w:right w:w="120" w:type="dxa"/>
            </w:tcMar>
            <w:vAlign w:val="center"/>
          </w:tcPr>
          <w:p w14:paraId="6A56FD7F" w14:textId="77777777" w:rsidR="00C75762" w:rsidRPr="00B175E3" w:rsidRDefault="00C75762" w:rsidP="009D1256">
            <w:pPr>
              <w:rPr>
                <w:rFonts w:ascii="Times New Roman" w:hAnsi="Times New Roman" w:cs="Times New Roman"/>
                <w:color w:val="000000" w:themeColor="text1"/>
                <w:sz w:val="20"/>
                <w:szCs w:val="20"/>
              </w:rPr>
            </w:pPr>
          </w:p>
        </w:tc>
        <w:tc>
          <w:tcPr>
            <w:tcW w:w="1871" w:type="dxa"/>
            <w:tcMar>
              <w:top w:w="120" w:type="dxa"/>
              <w:left w:w="120" w:type="dxa"/>
              <w:bottom w:w="120" w:type="dxa"/>
              <w:right w:w="120" w:type="dxa"/>
            </w:tcMar>
            <w:vAlign w:val="center"/>
          </w:tcPr>
          <w:p w14:paraId="2647DBD6" w14:textId="77777777" w:rsidR="00C75762" w:rsidRPr="00B175E3" w:rsidRDefault="00C75762" w:rsidP="009D1256">
            <w:pPr>
              <w:rPr>
                <w:rFonts w:ascii="Times New Roman" w:hAnsi="Times New Roman" w:cs="Times New Roman"/>
                <w:color w:val="000000" w:themeColor="text1"/>
                <w:sz w:val="20"/>
                <w:szCs w:val="20"/>
              </w:rPr>
            </w:pPr>
          </w:p>
        </w:tc>
        <w:tc>
          <w:tcPr>
            <w:tcW w:w="1020" w:type="dxa"/>
            <w:tcMar>
              <w:top w:w="120" w:type="dxa"/>
              <w:left w:w="120" w:type="dxa"/>
              <w:bottom w:w="120" w:type="dxa"/>
              <w:right w:w="120" w:type="dxa"/>
            </w:tcMar>
            <w:vAlign w:val="center"/>
          </w:tcPr>
          <w:p w14:paraId="2DC96D65" w14:textId="77777777" w:rsidR="00C75762" w:rsidRPr="00B175E3" w:rsidRDefault="00C75762" w:rsidP="009D1256">
            <w:pPr>
              <w:rPr>
                <w:rFonts w:ascii="Times New Roman" w:hAnsi="Times New Roman" w:cs="Times New Roman"/>
                <w:color w:val="000000" w:themeColor="text1"/>
                <w:sz w:val="20"/>
                <w:szCs w:val="20"/>
              </w:rPr>
            </w:pPr>
          </w:p>
        </w:tc>
        <w:tc>
          <w:tcPr>
            <w:tcW w:w="2268" w:type="dxa"/>
            <w:tcMar>
              <w:top w:w="120" w:type="dxa"/>
              <w:left w:w="120" w:type="dxa"/>
              <w:bottom w:w="120" w:type="dxa"/>
              <w:right w:w="120" w:type="dxa"/>
            </w:tcMar>
            <w:vAlign w:val="center"/>
          </w:tcPr>
          <w:p w14:paraId="23768E90" w14:textId="77777777" w:rsidR="00C75762" w:rsidRPr="00B175E3" w:rsidRDefault="00C75762" w:rsidP="009D1256">
            <w:pPr>
              <w:rPr>
                <w:rFonts w:ascii="Times New Roman" w:hAnsi="Times New Roman" w:cs="Times New Roman"/>
                <w:color w:val="000000" w:themeColor="text1"/>
                <w:sz w:val="20"/>
                <w:szCs w:val="20"/>
              </w:rPr>
            </w:pPr>
          </w:p>
        </w:tc>
      </w:tr>
      <w:tr w:rsidR="00C75762" w:rsidRPr="00B175E3" w14:paraId="221D97B7" w14:textId="77777777" w:rsidTr="009D1256">
        <w:trPr>
          <w:jc w:val="center"/>
        </w:trPr>
        <w:tc>
          <w:tcPr>
            <w:tcW w:w="737" w:type="dxa"/>
            <w:tcMar>
              <w:top w:w="120" w:type="dxa"/>
              <w:left w:w="120" w:type="dxa"/>
              <w:bottom w:w="120" w:type="dxa"/>
              <w:right w:w="120" w:type="dxa"/>
            </w:tcMar>
            <w:vAlign w:val="center"/>
          </w:tcPr>
          <w:p w14:paraId="6338E4D2"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32</w:t>
            </w:r>
          </w:p>
        </w:tc>
        <w:tc>
          <w:tcPr>
            <w:tcW w:w="3855" w:type="dxa"/>
            <w:tcMar>
              <w:top w:w="120" w:type="dxa"/>
              <w:left w:w="120" w:type="dxa"/>
              <w:bottom w:w="120" w:type="dxa"/>
              <w:right w:w="120" w:type="dxa"/>
            </w:tcMar>
            <w:vAlign w:val="center"/>
          </w:tcPr>
          <w:p w14:paraId="18AF4467" w14:textId="77777777" w:rsidR="00C75762" w:rsidRPr="00B175E3" w:rsidRDefault="00C75762" w:rsidP="009D1256">
            <w:pPr>
              <w:rPr>
                <w:rFonts w:ascii="Times New Roman" w:hAnsi="Times New Roman" w:cs="Times New Roman"/>
                <w:color w:val="000000" w:themeColor="text1"/>
                <w:sz w:val="20"/>
                <w:szCs w:val="20"/>
              </w:rPr>
            </w:pPr>
          </w:p>
        </w:tc>
        <w:tc>
          <w:tcPr>
            <w:tcW w:w="1871" w:type="dxa"/>
            <w:tcMar>
              <w:top w:w="120" w:type="dxa"/>
              <w:left w:w="120" w:type="dxa"/>
              <w:bottom w:w="120" w:type="dxa"/>
              <w:right w:w="120" w:type="dxa"/>
            </w:tcMar>
            <w:vAlign w:val="center"/>
          </w:tcPr>
          <w:p w14:paraId="16DFDD6A" w14:textId="77777777" w:rsidR="00C75762" w:rsidRPr="00B175E3" w:rsidRDefault="00C75762" w:rsidP="009D1256">
            <w:pPr>
              <w:rPr>
                <w:rFonts w:ascii="Times New Roman" w:hAnsi="Times New Roman" w:cs="Times New Roman"/>
                <w:color w:val="000000" w:themeColor="text1"/>
                <w:sz w:val="20"/>
                <w:szCs w:val="20"/>
              </w:rPr>
            </w:pPr>
          </w:p>
        </w:tc>
        <w:tc>
          <w:tcPr>
            <w:tcW w:w="1020" w:type="dxa"/>
            <w:tcMar>
              <w:top w:w="120" w:type="dxa"/>
              <w:left w:w="120" w:type="dxa"/>
              <w:bottom w:w="120" w:type="dxa"/>
              <w:right w:w="120" w:type="dxa"/>
            </w:tcMar>
            <w:vAlign w:val="center"/>
          </w:tcPr>
          <w:p w14:paraId="253DF59D" w14:textId="77777777" w:rsidR="00C75762" w:rsidRPr="00B175E3" w:rsidRDefault="00C75762" w:rsidP="009D1256">
            <w:pPr>
              <w:rPr>
                <w:rFonts w:ascii="Times New Roman" w:hAnsi="Times New Roman" w:cs="Times New Roman"/>
                <w:color w:val="000000" w:themeColor="text1"/>
                <w:sz w:val="20"/>
                <w:szCs w:val="20"/>
              </w:rPr>
            </w:pPr>
          </w:p>
        </w:tc>
        <w:tc>
          <w:tcPr>
            <w:tcW w:w="2268" w:type="dxa"/>
            <w:tcMar>
              <w:top w:w="120" w:type="dxa"/>
              <w:left w:w="120" w:type="dxa"/>
              <w:bottom w:w="120" w:type="dxa"/>
              <w:right w:w="120" w:type="dxa"/>
            </w:tcMar>
            <w:vAlign w:val="center"/>
          </w:tcPr>
          <w:p w14:paraId="55045429" w14:textId="77777777" w:rsidR="00C75762" w:rsidRPr="00B175E3" w:rsidRDefault="00C75762" w:rsidP="009D1256">
            <w:pPr>
              <w:rPr>
                <w:rFonts w:ascii="Times New Roman" w:hAnsi="Times New Roman" w:cs="Times New Roman"/>
                <w:color w:val="000000" w:themeColor="text1"/>
                <w:sz w:val="20"/>
                <w:szCs w:val="20"/>
              </w:rPr>
            </w:pPr>
          </w:p>
        </w:tc>
      </w:tr>
      <w:tr w:rsidR="00C75762" w:rsidRPr="00B175E3" w14:paraId="554BB800" w14:textId="77777777" w:rsidTr="009D1256">
        <w:trPr>
          <w:jc w:val="center"/>
        </w:trPr>
        <w:tc>
          <w:tcPr>
            <w:tcW w:w="737" w:type="dxa"/>
            <w:tcMar>
              <w:top w:w="120" w:type="dxa"/>
              <w:left w:w="120" w:type="dxa"/>
              <w:bottom w:w="120" w:type="dxa"/>
              <w:right w:w="120" w:type="dxa"/>
            </w:tcMar>
            <w:vAlign w:val="center"/>
          </w:tcPr>
          <w:p w14:paraId="645213C1"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33</w:t>
            </w:r>
          </w:p>
        </w:tc>
        <w:tc>
          <w:tcPr>
            <w:tcW w:w="3855" w:type="dxa"/>
            <w:tcMar>
              <w:top w:w="120" w:type="dxa"/>
              <w:left w:w="120" w:type="dxa"/>
              <w:bottom w:w="120" w:type="dxa"/>
              <w:right w:w="120" w:type="dxa"/>
            </w:tcMar>
            <w:vAlign w:val="center"/>
          </w:tcPr>
          <w:p w14:paraId="3BCCCFDF" w14:textId="77777777" w:rsidR="00C75762" w:rsidRPr="00B175E3" w:rsidRDefault="00C75762" w:rsidP="009D1256">
            <w:pPr>
              <w:rPr>
                <w:rFonts w:ascii="Times New Roman" w:hAnsi="Times New Roman" w:cs="Times New Roman"/>
                <w:color w:val="000000" w:themeColor="text1"/>
                <w:sz w:val="20"/>
                <w:szCs w:val="20"/>
              </w:rPr>
            </w:pPr>
          </w:p>
        </w:tc>
        <w:tc>
          <w:tcPr>
            <w:tcW w:w="1871" w:type="dxa"/>
            <w:tcMar>
              <w:top w:w="120" w:type="dxa"/>
              <w:left w:w="120" w:type="dxa"/>
              <w:bottom w:w="120" w:type="dxa"/>
              <w:right w:w="120" w:type="dxa"/>
            </w:tcMar>
            <w:vAlign w:val="center"/>
          </w:tcPr>
          <w:p w14:paraId="3B4F620C" w14:textId="77777777" w:rsidR="00C75762" w:rsidRPr="00B175E3" w:rsidRDefault="00C75762" w:rsidP="009D1256">
            <w:pPr>
              <w:rPr>
                <w:rFonts w:ascii="Times New Roman" w:hAnsi="Times New Roman" w:cs="Times New Roman"/>
                <w:color w:val="000000" w:themeColor="text1"/>
                <w:sz w:val="20"/>
                <w:szCs w:val="20"/>
              </w:rPr>
            </w:pPr>
          </w:p>
        </w:tc>
        <w:tc>
          <w:tcPr>
            <w:tcW w:w="1020" w:type="dxa"/>
            <w:tcMar>
              <w:top w:w="120" w:type="dxa"/>
              <w:left w:w="120" w:type="dxa"/>
              <w:bottom w:w="120" w:type="dxa"/>
              <w:right w:w="120" w:type="dxa"/>
            </w:tcMar>
            <w:vAlign w:val="center"/>
          </w:tcPr>
          <w:p w14:paraId="6F713D80" w14:textId="77777777" w:rsidR="00C75762" w:rsidRPr="00B175E3" w:rsidRDefault="00C75762" w:rsidP="009D1256">
            <w:pPr>
              <w:rPr>
                <w:rFonts w:ascii="Times New Roman" w:hAnsi="Times New Roman" w:cs="Times New Roman"/>
                <w:color w:val="000000" w:themeColor="text1"/>
                <w:sz w:val="20"/>
                <w:szCs w:val="20"/>
              </w:rPr>
            </w:pPr>
          </w:p>
        </w:tc>
        <w:tc>
          <w:tcPr>
            <w:tcW w:w="2268" w:type="dxa"/>
            <w:tcMar>
              <w:top w:w="120" w:type="dxa"/>
              <w:left w:w="120" w:type="dxa"/>
              <w:bottom w:w="120" w:type="dxa"/>
              <w:right w:w="120" w:type="dxa"/>
            </w:tcMar>
            <w:vAlign w:val="center"/>
          </w:tcPr>
          <w:p w14:paraId="66513ADA" w14:textId="77777777" w:rsidR="00C75762" w:rsidRPr="00B175E3" w:rsidRDefault="00C75762" w:rsidP="009D1256">
            <w:pPr>
              <w:rPr>
                <w:rFonts w:ascii="Times New Roman" w:hAnsi="Times New Roman" w:cs="Times New Roman"/>
                <w:color w:val="000000" w:themeColor="text1"/>
                <w:sz w:val="20"/>
                <w:szCs w:val="20"/>
              </w:rPr>
            </w:pPr>
          </w:p>
        </w:tc>
      </w:tr>
      <w:tr w:rsidR="00C75762" w:rsidRPr="00B175E3" w14:paraId="1DB5D463" w14:textId="77777777" w:rsidTr="009D1256">
        <w:trPr>
          <w:jc w:val="center"/>
        </w:trPr>
        <w:tc>
          <w:tcPr>
            <w:tcW w:w="737" w:type="dxa"/>
            <w:tcMar>
              <w:top w:w="120" w:type="dxa"/>
              <w:left w:w="120" w:type="dxa"/>
              <w:bottom w:w="120" w:type="dxa"/>
              <w:right w:w="120" w:type="dxa"/>
            </w:tcMar>
            <w:vAlign w:val="center"/>
          </w:tcPr>
          <w:p w14:paraId="54DECD09"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34</w:t>
            </w:r>
          </w:p>
        </w:tc>
        <w:tc>
          <w:tcPr>
            <w:tcW w:w="3855" w:type="dxa"/>
            <w:tcMar>
              <w:top w:w="120" w:type="dxa"/>
              <w:left w:w="120" w:type="dxa"/>
              <w:bottom w:w="120" w:type="dxa"/>
              <w:right w:w="120" w:type="dxa"/>
            </w:tcMar>
            <w:vAlign w:val="center"/>
          </w:tcPr>
          <w:p w14:paraId="026CC7D6" w14:textId="77777777" w:rsidR="00C75762" w:rsidRPr="00B175E3" w:rsidRDefault="00C75762" w:rsidP="009D1256">
            <w:pPr>
              <w:rPr>
                <w:rFonts w:ascii="Times New Roman" w:hAnsi="Times New Roman" w:cs="Times New Roman"/>
                <w:color w:val="000000" w:themeColor="text1"/>
                <w:sz w:val="20"/>
                <w:szCs w:val="20"/>
              </w:rPr>
            </w:pPr>
          </w:p>
        </w:tc>
        <w:tc>
          <w:tcPr>
            <w:tcW w:w="1871" w:type="dxa"/>
            <w:tcMar>
              <w:top w:w="120" w:type="dxa"/>
              <w:left w:w="120" w:type="dxa"/>
              <w:bottom w:w="120" w:type="dxa"/>
              <w:right w:w="120" w:type="dxa"/>
            </w:tcMar>
            <w:vAlign w:val="center"/>
          </w:tcPr>
          <w:p w14:paraId="223B0FFF" w14:textId="77777777" w:rsidR="00C75762" w:rsidRPr="00B175E3" w:rsidRDefault="00C75762" w:rsidP="009D1256">
            <w:pPr>
              <w:rPr>
                <w:rFonts w:ascii="Times New Roman" w:hAnsi="Times New Roman" w:cs="Times New Roman"/>
                <w:color w:val="000000" w:themeColor="text1"/>
                <w:sz w:val="20"/>
                <w:szCs w:val="20"/>
              </w:rPr>
            </w:pPr>
          </w:p>
        </w:tc>
        <w:tc>
          <w:tcPr>
            <w:tcW w:w="1020" w:type="dxa"/>
            <w:tcMar>
              <w:top w:w="120" w:type="dxa"/>
              <w:left w:w="120" w:type="dxa"/>
              <w:bottom w:w="120" w:type="dxa"/>
              <w:right w:w="120" w:type="dxa"/>
            </w:tcMar>
            <w:vAlign w:val="center"/>
          </w:tcPr>
          <w:p w14:paraId="4EE16668" w14:textId="77777777" w:rsidR="00C75762" w:rsidRPr="00B175E3" w:rsidRDefault="00C75762" w:rsidP="009D1256">
            <w:pPr>
              <w:rPr>
                <w:rFonts w:ascii="Times New Roman" w:hAnsi="Times New Roman" w:cs="Times New Roman"/>
                <w:color w:val="000000" w:themeColor="text1"/>
                <w:sz w:val="20"/>
                <w:szCs w:val="20"/>
              </w:rPr>
            </w:pPr>
          </w:p>
        </w:tc>
        <w:tc>
          <w:tcPr>
            <w:tcW w:w="2268" w:type="dxa"/>
            <w:tcMar>
              <w:top w:w="120" w:type="dxa"/>
              <w:left w:w="120" w:type="dxa"/>
              <w:bottom w:w="120" w:type="dxa"/>
              <w:right w:w="120" w:type="dxa"/>
            </w:tcMar>
            <w:vAlign w:val="center"/>
          </w:tcPr>
          <w:p w14:paraId="38227A2D" w14:textId="77777777" w:rsidR="00C75762" w:rsidRPr="00B175E3" w:rsidRDefault="00C75762" w:rsidP="009D1256">
            <w:pPr>
              <w:rPr>
                <w:rFonts w:ascii="Times New Roman" w:hAnsi="Times New Roman" w:cs="Times New Roman"/>
                <w:color w:val="000000" w:themeColor="text1"/>
                <w:sz w:val="20"/>
                <w:szCs w:val="20"/>
              </w:rPr>
            </w:pPr>
          </w:p>
        </w:tc>
      </w:tr>
      <w:tr w:rsidR="00C75762" w:rsidRPr="00B175E3" w14:paraId="633779FC" w14:textId="77777777" w:rsidTr="009D1256">
        <w:trPr>
          <w:jc w:val="center"/>
        </w:trPr>
        <w:tc>
          <w:tcPr>
            <w:tcW w:w="737" w:type="dxa"/>
            <w:tcMar>
              <w:top w:w="120" w:type="dxa"/>
              <w:left w:w="120" w:type="dxa"/>
              <w:bottom w:w="120" w:type="dxa"/>
              <w:right w:w="120" w:type="dxa"/>
            </w:tcMar>
            <w:vAlign w:val="center"/>
          </w:tcPr>
          <w:p w14:paraId="63A18ABE"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35</w:t>
            </w:r>
          </w:p>
        </w:tc>
        <w:tc>
          <w:tcPr>
            <w:tcW w:w="3855" w:type="dxa"/>
            <w:tcMar>
              <w:top w:w="120" w:type="dxa"/>
              <w:left w:w="120" w:type="dxa"/>
              <w:bottom w:w="120" w:type="dxa"/>
              <w:right w:w="120" w:type="dxa"/>
            </w:tcMar>
            <w:vAlign w:val="center"/>
          </w:tcPr>
          <w:p w14:paraId="47547E61" w14:textId="77777777" w:rsidR="00C75762" w:rsidRPr="00B175E3" w:rsidRDefault="00C75762" w:rsidP="009D1256">
            <w:pPr>
              <w:rPr>
                <w:rFonts w:ascii="Times New Roman" w:hAnsi="Times New Roman" w:cs="Times New Roman"/>
                <w:color w:val="000000" w:themeColor="text1"/>
                <w:sz w:val="20"/>
                <w:szCs w:val="20"/>
              </w:rPr>
            </w:pPr>
          </w:p>
        </w:tc>
        <w:tc>
          <w:tcPr>
            <w:tcW w:w="1871" w:type="dxa"/>
            <w:tcMar>
              <w:top w:w="120" w:type="dxa"/>
              <w:left w:w="120" w:type="dxa"/>
              <w:bottom w:w="120" w:type="dxa"/>
              <w:right w:w="120" w:type="dxa"/>
            </w:tcMar>
            <w:vAlign w:val="center"/>
          </w:tcPr>
          <w:p w14:paraId="0F812389" w14:textId="77777777" w:rsidR="00C75762" w:rsidRPr="00B175E3" w:rsidRDefault="00C75762" w:rsidP="009D1256">
            <w:pPr>
              <w:rPr>
                <w:rFonts w:ascii="Times New Roman" w:hAnsi="Times New Roman" w:cs="Times New Roman"/>
                <w:color w:val="000000" w:themeColor="text1"/>
                <w:sz w:val="20"/>
                <w:szCs w:val="20"/>
              </w:rPr>
            </w:pPr>
          </w:p>
        </w:tc>
        <w:tc>
          <w:tcPr>
            <w:tcW w:w="1020" w:type="dxa"/>
            <w:tcMar>
              <w:top w:w="120" w:type="dxa"/>
              <w:left w:w="120" w:type="dxa"/>
              <w:bottom w:w="120" w:type="dxa"/>
              <w:right w:w="120" w:type="dxa"/>
            </w:tcMar>
            <w:vAlign w:val="center"/>
          </w:tcPr>
          <w:p w14:paraId="683CFF81" w14:textId="77777777" w:rsidR="00C75762" w:rsidRPr="00B175E3" w:rsidRDefault="00C75762" w:rsidP="009D1256">
            <w:pPr>
              <w:rPr>
                <w:rFonts w:ascii="Times New Roman" w:hAnsi="Times New Roman" w:cs="Times New Roman"/>
                <w:color w:val="000000" w:themeColor="text1"/>
                <w:sz w:val="20"/>
                <w:szCs w:val="20"/>
              </w:rPr>
            </w:pPr>
          </w:p>
        </w:tc>
        <w:tc>
          <w:tcPr>
            <w:tcW w:w="2268" w:type="dxa"/>
            <w:tcMar>
              <w:top w:w="120" w:type="dxa"/>
              <w:left w:w="120" w:type="dxa"/>
              <w:bottom w:w="120" w:type="dxa"/>
              <w:right w:w="120" w:type="dxa"/>
            </w:tcMar>
            <w:vAlign w:val="center"/>
          </w:tcPr>
          <w:p w14:paraId="0722F5AC" w14:textId="77777777" w:rsidR="00C75762" w:rsidRPr="00B175E3" w:rsidRDefault="00C75762" w:rsidP="009D1256">
            <w:pPr>
              <w:rPr>
                <w:rFonts w:ascii="Times New Roman" w:hAnsi="Times New Roman" w:cs="Times New Roman"/>
                <w:color w:val="000000" w:themeColor="text1"/>
                <w:sz w:val="20"/>
                <w:szCs w:val="20"/>
              </w:rPr>
            </w:pPr>
          </w:p>
        </w:tc>
      </w:tr>
      <w:tr w:rsidR="00C75762" w:rsidRPr="00B175E3" w14:paraId="19E62844" w14:textId="77777777" w:rsidTr="009D1256">
        <w:trPr>
          <w:jc w:val="center"/>
        </w:trPr>
        <w:tc>
          <w:tcPr>
            <w:tcW w:w="737" w:type="dxa"/>
            <w:tcMar>
              <w:top w:w="120" w:type="dxa"/>
              <w:left w:w="120" w:type="dxa"/>
              <w:bottom w:w="120" w:type="dxa"/>
              <w:right w:w="120" w:type="dxa"/>
            </w:tcMar>
            <w:vAlign w:val="center"/>
          </w:tcPr>
          <w:p w14:paraId="624FA2B8"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36</w:t>
            </w:r>
          </w:p>
        </w:tc>
        <w:tc>
          <w:tcPr>
            <w:tcW w:w="3855" w:type="dxa"/>
            <w:tcMar>
              <w:top w:w="120" w:type="dxa"/>
              <w:left w:w="120" w:type="dxa"/>
              <w:bottom w:w="120" w:type="dxa"/>
              <w:right w:w="120" w:type="dxa"/>
            </w:tcMar>
            <w:vAlign w:val="center"/>
          </w:tcPr>
          <w:p w14:paraId="24225572" w14:textId="77777777" w:rsidR="00C75762" w:rsidRPr="00B175E3" w:rsidRDefault="00C75762" w:rsidP="009D1256">
            <w:pPr>
              <w:rPr>
                <w:rFonts w:ascii="Times New Roman" w:hAnsi="Times New Roman" w:cs="Times New Roman"/>
                <w:color w:val="000000" w:themeColor="text1"/>
                <w:sz w:val="20"/>
                <w:szCs w:val="20"/>
              </w:rPr>
            </w:pPr>
          </w:p>
        </w:tc>
        <w:tc>
          <w:tcPr>
            <w:tcW w:w="1871" w:type="dxa"/>
            <w:tcMar>
              <w:top w:w="120" w:type="dxa"/>
              <w:left w:w="120" w:type="dxa"/>
              <w:bottom w:w="120" w:type="dxa"/>
              <w:right w:w="120" w:type="dxa"/>
            </w:tcMar>
            <w:vAlign w:val="center"/>
          </w:tcPr>
          <w:p w14:paraId="5434BFC5" w14:textId="77777777" w:rsidR="00C75762" w:rsidRPr="00B175E3" w:rsidRDefault="00C75762" w:rsidP="009D1256">
            <w:pPr>
              <w:rPr>
                <w:rFonts w:ascii="Times New Roman" w:hAnsi="Times New Roman" w:cs="Times New Roman"/>
                <w:color w:val="000000" w:themeColor="text1"/>
                <w:sz w:val="20"/>
                <w:szCs w:val="20"/>
              </w:rPr>
            </w:pPr>
          </w:p>
        </w:tc>
        <w:tc>
          <w:tcPr>
            <w:tcW w:w="1020" w:type="dxa"/>
            <w:tcMar>
              <w:top w:w="120" w:type="dxa"/>
              <w:left w:w="120" w:type="dxa"/>
              <w:bottom w:w="120" w:type="dxa"/>
              <w:right w:w="120" w:type="dxa"/>
            </w:tcMar>
            <w:vAlign w:val="center"/>
          </w:tcPr>
          <w:p w14:paraId="06ADBBBE" w14:textId="77777777" w:rsidR="00C75762" w:rsidRPr="00B175E3" w:rsidRDefault="00C75762" w:rsidP="009D1256">
            <w:pPr>
              <w:rPr>
                <w:rFonts w:ascii="Times New Roman" w:hAnsi="Times New Roman" w:cs="Times New Roman"/>
                <w:color w:val="000000" w:themeColor="text1"/>
                <w:sz w:val="20"/>
                <w:szCs w:val="20"/>
              </w:rPr>
            </w:pPr>
          </w:p>
        </w:tc>
        <w:tc>
          <w:tcPr>
            <w:tcW w:w="2268" w:type="dxa"/>
            <w:tcMar>
              <w:top w:w="120" w:type="dxa"/>
              <w:left w:w="120" w:type="dxa"/>
              <w:bottom w:w="120" w:type="dxa"/>
              <w:right w:w="120" w:type="dxa"/>
            </w:tcMar>
            <w:vAlign w:val="center"/>
          </w:tcPr>
          <w:p w14:paraId="52080CF6" w14:textId="77777777" w:rsidR="00C75762" w:rsidRPr="00B175E3" w:rsidRDefault="00C75762" w:rsidP="009D1256">
            <w:pPr>
              <w:rPr>
                <w:rFonts w:ascii="Times New Roman" w:hAnsi="Times New Roman" w:cs="Times New Roman"/>
                <w:color w:val="000000" w:themeColor="text1"/>
                <w:sz w:val="20"/>
                <w:szCs w:val="20"/>
              </w:rPr>
            </w:pPr>
          </w:p>
        </w:tc>
      </w:tr>
      <w:tr w:rsidR="00C75762" w:rsidRPr="00B175E3" w14:paraId="617C4DB6" w14:textId="77777777" w:rsidTr="009D1256">
        <w:trPr>
          <w:jc w:val="center"/>
        </w:trPr>
        <w:tc>
          <w:tcPr>
            <w:tcW w:w="737" w:type="dxa"/>
            <w:tcMar>
              <w:top w:w="120" w:type="dxa"/>
              <w:left w:w="120" w:type="dxa"/>
              <w:bottom w:w="120" w:type="dxa"/>
              <w:right w:w="120" w:type="dxa"/>
            </w:tcMar>
            <w:vAlign w:val="center"/>
          </w:tcPr>
          <w:p w14:paraId="2DA36596"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37</w:t>
            </w:r>
          </w:p>
        </w:tc>
        <w:tc>
          <w:tcPr>
            <w:tcW w:w="3855" w:type="dxa"/>
            <w:tcMar>
              <w:top w:w="120" w:type="dxa"/>
              <w:left w:w="120" w:type="dxa"/>
              <w:bottom w:w="120" w:type="dxa"/>
              <w:right w:w="120" w:type="dxa"/>
            </w:tcMar>
            <w:vAlign w:val="center"/>
          </w:tcPr>
          <w:p w14:paraId="707CFDC3" w14:textId="77777777" w:rsidR="00C75762" w:rsidRPr="00B175E3" w:rsidRDefault="00C75762" w:rsidP="009D1256">
            <w:pPr>
              <w:rPr>
                <w:rFonts w:ascii="Times New Roman" w:hAnsi="Times New Roman" w:cs="Times New Roman"/>
                <w:color w:val="000000" w:themeColor="text1"/>
                <w:sz w:val="20"/>
                <w:szCs w:val="20"/>
              </w:rPr>
            </w:pPr>
          </w:p>
        </w:tc>
        <w:tc>
          <w:tcPr>
            <w:tcW w:w="1871" w:type="dxa"/>
            <w:tcMar>
              <w:top w:w="120" w:type="dxa"/>
              <w:left w:w="120" w:type="dxa"/>
              <w:bottom w:w="120" w:type="dxa"/>
              <w:right w:w="120" w:type="dxa"/>
            </w:tcMar>
            <w:vAlign w:val="center"/>
          </w:tcPr>
          <w:p w14:paraId="06200C9E" w14:textId="77777777" w:rsidR="00C75762" w:rsidRPr="00B175E3" w:rsidRDefault="00C75762" w:rsidP="009D1256">
            <w:pPr>
              <w:rPr>
                <w:rFonts w:ascii="Times New Roman" w:hAnsi="Times New Roman" w:cs="Times New Roman"/>
                <w:color w:val="000000" w:themeColor="text1"/>
                <w:sz w:val="20"/>
                <w:szCs w:val="20"/>
              </w:rPr>
            </w:pPr>
          </w:p>
        </w:tc>
        <w:tc>
          <w:tcPr>
            <w:tcW w:w="1020" w:type="dxa"/>
            <w:tcMar>
              <w:top w:w="120" w:type="dxa"/>
              <w:left w:w="120" w:type="dxa"/>
              <w:bottom w:w="120" w:type="dxa"/>
              <w:right w:w="120" w:type="dxa"/>
            </w:tcMar>
            <w:vAlign w:val="center"/>
          </w:tcPr>
          <w:p w14:paraId="1690B6BC" w14:textId="77777777" w:rsidR="00C75762" w:rsidRPr="00B175E3" w:rsidRDefault="00C75762" w:rsidP="009D1256">
            <w:pPr>
              <w:rPr>
                <w:rFonts w:ascii="Times New Roman" w:hAnsi="Times New Roman" w:cs="Times New Roman"/>
                <w:color w:val="000000" w:themeColor="text1"/>
                <w:sz w:val="20"/>
                <w:szCs w:val="20"/>
              </w:rPr>
            </w:pPr>
          </w:p>
        </w:tc>
        <w:tc>
          <w:tcPr>
            <w:tcW w:w="2268" w:type="dxa"/>
            <w:tcMar>
              <w:top w:w="120" w:type="dxa"/>
              <w:left w:w="120" w:type="dxa"/>
              <w:bottom w:w="120" w:type="dxa"/>
              <w:right w:w="120" w:type="dxa"/>
            </w:tcMar>
            <w:vAlign w:val="center"/>
          </w:tcPr>
          <w:p w14:paraId="48BEF9A7" w14:textId="77777777" w:rsidR="00C75762" w:rsidRPr="00B175E3" w:rsidRDefault="00C75762" w:rsidP="009D1256">
            <w:pPr>
              <w:rPr>
                <w:rFonts w:ascii="Times New Roman" w:hAnsi="Times New Roman" w:cs="Times New Roman"/>
                <w:color w:val="000000" w:themeColor="text1"/>
                <w:sz w:val="20"/>
                <w:szCs w:val="20"/>
              </w:rPr>
            </w:pPr>
          </w:p>
        </w:tc>
      </w:tr>
      <w:tr w:rsidR="00C75762" w:rsidRPr="00B175E3" w14:paraId="3DD94215" w14:textId="77777777" w:rsidTr="009D1256">
        <w:trPr>
          <w:trHeight w:val="282"/>
          <w:jc w:val="center"/>
        </w:trPr>
        <w:tc>
          <w:tcPr>
            <w:tcW w:w="737" w:type="dxa"/>
            <w:tcMar>
              <w:top w:w="120" w:type="dxa"/>
              <w:left w:w="120" w:type="dxa"/>
              <w:bottom w:w="120" w:type="dxa"/>
              <w:right w:w="120" w:type="dxa"/>
            </w:tcMar>
            <w:vAlign w:val="center"/>
          </w:tcPr>
          <w:p w14:paraId="78BE3B58"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38</w:t>
            </w:r>
          </w:p>
        </w:tc>
        <w:tc>
          <w:tcPr>
            <w:tcW w:w="3855" w:type="dxa"/>
            <w:tcMar>
              <w:top w:w="120" w:type="dxa"/>
              <w:left w:w="120" w:type="dxa"/>
              <w:bottom w:w="120" w:type="dxa"/>
              <w:right w:w="120" w:type="dxa"/>
            </w:tcMar>
            <w:vAlign w:val="center"/>
          </w:tcPr>
          <w:p w14:paraId="34F7A551" w14:textId="77777777" w:rsidR="00C75762" w:rsidRPr="00B175E3" w:rsidRDefault="00C75762" w:rsidP="009D1256">
            <w:pPr>
              <w:rPr>
                <w:rFonts w:ascii="Times New Roman" w:hAnsi="Times New Roman" w:cs="Times New Roman"/>
                <w:color w:val="000000" w:themeColor="text1"/>
                <w:sz w:val="20"/>
                <w:szCs w:val="20"/>
              </w:rPr>
            </w:pPr>
          </w:p>
        </w:tc>
        <w:tc>
          <w:tcPr>
            <w:tcW w:w="1871" w:type="dxa"/>
            <w:tcMar>
              <w:top w:w="120" w:type="dxa"/>
              <w:left w:w="120" w:type="dxa"/>
              <w:bottom w:w="120" w:type="dxa"/>
              <w:right w:w="120" w:type="dxa"/>
            </w:tcMar>
            <w:vAlign w:val="center"/>
          </w:tcPr>
          <w:p w14:paraId="1B8DE221" w14:textId="77777777" w:rsidR="00C75762" w:rsidRPr="00B175E3" w:rsidRDefault="00C75762" w:rsidP="009D1256">
            <w:pPr>
              <w:rPr>
                <w:rFonts w:ascii="Times New Roman" w:hAnsi="Times New Roman" w:cs="Times New Roman"/>
                <w:color w:val="000000" w:themeColor="text1"/>
                <w:sz w:val="20"/>
                <w:szCs w:val="20"/>
              </w:rPr>
            </w:pPr>
          </w:p>
        </w:tc>
        <w:tc>
          <w:tcPr>
            <w:tcW w:w="1020" w:type="dxa"/>
            <w:tcMar>
              <w:top w:w="120" w:type="dxa"/>
              <w:left w:w="120" w:type="dxa"/>
              <w:bottom w:w="120" w:type="dxa"/>
              <w:right w:w="120" w:type="dxa"/>
            </w:tcMar>
            <w:vAlign w:val="center"/>
          </w:tcPr>
          <w:p w14:paraId="2D28CD54" w14:textId="77777777" w:rsidR="00C75762" w:rsidRPr="00B175E3" w:rsidRDefault="00C75762" w:rsidP="009D1256">
            <w:pPr>
              <w:rPr>
                <w:rFonts w:ascii="Times New Roman" w:hAnsi="Times New Roman" w:cs="Times New Roman"/>
                <w:color w:val="000000" w:themeColor="text1"/>
                <w:sz w:val="20"/>
                <w:szCs w:val="20"/>
              </w:rPr>
            </w:pPr>
          </w:p>
        </w:tc>
        <w:tc>
          <w:tcPr>
            <w:tcW w:w="2268" w:type="dxa"/>
            <w:tcMar>
              <w:top w:w="120" w:type="dxa"/>
              <w:left w:w="120" w:type="dxa"/>
              <w:bottom w:w="120" w:type="dxa"/>
              <w:right w:w="120" w:type="dxa"/>
            </w:tcMar>
            <w:vAlign w:val="center"/>
          </w:tcPr>
          <w:p w14:paraId="1159D1FB" w14:textId="77777777" w:rsidR="00C75762" w:rsidRPr="00B175E3" w:rsidRDefault="00C75762" w:rsidP="009D1256">
            <w:pPr>
              <w:rPr>
                <w:rFonts w:ascii="Times New Roman" w:hAnsi="Times New Roman" w:cs="Times New Roman"/>
                <w:color w:val="000000" w:themeColor="text1"/>
                <w:sz w:val="20"/>
                <w:szCs w:val="20"/>
              </w:rPr>
            </w:pPr>
          </w:p>
        </w:tc>
      </w:tr>
      <w:tr w:rsidR="00C75762" w:rsidRPr="00B175E3" w14:paraId="4CE08E1B" w14:textId="77777777" w:rsidTr="009D1256">
        <w:trPr>
          <w:jc w:val="center"/>
        </w:trPr>
        <w:tc>
          <w:tcPr>
            <w:tcW w:w="737" w:type="dxa"/>
            <w:tcMar>
              <w:top w:w="120" w:type="dxa"/>
              <w:left w:w="120" w:type="dxa"/>
              <w:bottom w:w="120" w:type="dxa"/>
              <w:right w:w="120" w:type="dxa"/>
            </w:tcMar>
            <w:vAlign w:val="center"/>
          </w:tcPr>
          <w:p w14:paraId="52C8E66F"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39</w:t>
            </w:r>
          </w:p>
        </w:tc>
        <w:tc>
          <w:tcPr>
            <w:tcW w:w="3855" w:type="dxa"/>
            <w:tcMar>
              <w:top w:w="120" w:type="dxa"/>
              <w:left w:w="120" w:type="dxa"/>
              <w:bottom w:w="120" w:type="dxa"/>
              <w:right w:w="120" w:type="dxa"/>
            </w:tcMar>
            <w:vAlign w:val="center"/>
          </w:tcPr>
          <w:p w14:paraId="003D231E" w14:textId="77777777" w:rsidR="00C75762" w:rsidRPr="00B175E3" w:rsidRDefault="00C75762" w:rsidP="009D1256">
            <w:pPr>
              <w:rPr>
                <w:rFonts w:ascii="Times New Roman" w:hAnsi="Times New Roman" w:cs="Times New Roman"/>
                <w:color w:val="000000" w:themeColor="text1"/>
                <w:sz w:val="20"/>
                <w:szCs w:val="20"/>
              </w:rPr>
            </w:pPr>
          </w:p>
        </w:tc>
        <w:tc>
          <w:tcPr>
            <w:tcW w:w="1871" w:type="dxa"/>
            <w:tcMar>
              <w:top w:w="120" w:type="dxa"/>
              <w:left w:w="120" w:type="dxa"/>
              <w:bottom w:w="120" w:type="dxa"/>
              <w:right w:w="120" w:type="dxa"/>
            </w:tcMar>
            <w:vAlign w:val="center"/>
          </w:tcPr>
          <w:p w14:paraId="4478F3DD" w14:textId="77777777" w:rsidR="00C75762" w:rsidRPr="00B175E3" w:rsidRDefault="00C75762" w:rsidP="009D1256">
            <w:pPr>
              <w:rPr>
                <w:rFonts w:ascii="Times New Roman" w:hAnsi="Times New Roman" w:cs="Times New Roman"/>
                <w:color w:val="000000" w:themeColor="text1"/>
                <w:sz w:val="20"/>
                <w:szCs w:val="20"/>
              </w:rPr>
            </w:pPr>
          </w:p>
        </w:tc>
        <w:tc>
          <w:tcPr>
            <w:tcW w:w="1020" w:type="dxa"/>
            <w:tcMar>
              <w:top w:w="120" w:type="dxa"/>
              <w:left w:w="120" w:type="dxa"/>
              <w:bottom w:w="120" w:type="dxa"/>
              <w:right w:w="120" w:type="dxa"/>
            </w:tcMar>
            <w:vAlign w:val="center"/>
          </w:tcPr>
          <w:p w14:paraId="6F304771" w14:textId="77777777" w:rsidR="00C75762" w:rsidRPr="00B175E3" w:rsidRDefault="00C75762" w:rsidP="009D1256">
            <w:pPr>
              <w:rPr>
                <w:rFonts w:ascii="Times New Roman" w:hAnsi="Times New Roman" w:cs="Times New Roman"/>
                <w:color w:val="000000" w:themeColor="text1"/>
                <w:sz w:val="20"/>
                <w:szCs w:val="20"/>
              </w:rPr>
            </w:pPr>
          </w:p>
        </w:tc>
        <w:tc>
          <w:tcPr>
            <w:tcW w:w="2268" w:type="dxa"/>
            <w:tcMar>
              <w:top w:w="120" w:type="dxa"/>
              <w:left w:w="120" w:type="dxa"/>
              <w:bottom w:w="120" w:type="dxa"/>
              <w:right w:w="120" w:type="dxa"/>
            </w:tcMar>
            <w:vAlign w:val="center"/>
          </w:tcPr>
          <w:p w14:paraId="2A31A054" w14:textId="77777777" w:rsidR="00C75762" w:rsidRPr="00B175E3" w:rsidRDefault="00C75762" w:rsidP="009D1256">
            <w:pPr>
              <w:rPr>
                <w:rFonts w:ascii="Times New Roman" w:hAnsi="Times New Roman" w:cs="Times New Roman"/>
                <w:color w:val="000000" w:themeColor="text1"/>
                <w:sz w:val="20"/>
                <w:szCs w:val="20"/>
              </w:rPr>
            </w:pPr>
          </w:p>
        </w:tc>
      </w:tr>
      <w:tr w:rsidR="00C75762" w:rsidRPr="00B175E3" w14:paraId="39E38C80" w14:textId="77777777" w:rsidTr="009D1256">
        <w:trPr>
          <w:jc w:val="center"/>
        </w:trPr>
        <w:tc>
          <w:tcPr>
            <w:tcW w:w="737" w:type="dxa"/>
            <w:tcMar>
              <w:top w:w="120" w:type="dxa"/>
              <w:left w:w="120" w:type="dxa"/>
              <w:bottom w:w="120" w:type="dxa"/>
              <w:right w:w="120" w:type="dxa"/>
            </w:tcMar>
            <w:vAlign w:val="center"/>
          </w:tcPr>
          <w:p w14:paraId="5DB8889C"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40</w:t>
            </w:r>
          </w:p>
        </w:tc>
        <w:tc>
          <w:tcPr>
            <w:tcW w:w="3855" w:type="dxa"/>
            <w:tcMar>
              <w:top w:w="120" w:type="dxa"/>
              <w:left w:w="120" w:type="dxa"/>
              <w:bottom w:w="120" w:type="dxa"/>
              <w:right w:w="120" w:type="dxa"/>
            </w:tcMar>
            <w:vAlign w:val="center"/>
          </w:tcPr>
          <w:p w14:paraId="0B5DAA9B" w14:textId="77777777" w:rsidR="00C75762" w:rsidRPr="00B175E3" w:rsidRDefault="00C75762" w:rsidP="009D1256">
            <w:pPr>
              <w:rPr>
                <w:rFonts w:ascii="Times New Roman" w:hAnsi="Times New Roman" w:cs="Times New Roman"/>
                <w:color w:val="000000" w:themeColor="text1"/>
                <w:sz w:val="20"/>
                <w:szCs w:val="20"/>
              </w:rPr>
            </w:pPr>
          </w:p>
        </w:tc>
        <w:tc>
          <w:tcPr>
            <w:tcW w:w="1871" w:type="dxa"/>
            <w:tcMar>
              <w:top w:w="120" w:type="dxa"/>
              <w:left w:w="120" w:type="dxa"/>
              <w:bottom w:w="120" w:type="dxa"/>
              <w:right w:w="120" w:type="dxa"/>
            </w:tcMar>
            <w:vAlign w:val="center"/>
          </w:tcPr>
          <w:p w14:paraId="2366BF4C" w14:textId="77777777" w:rsidR="00C75762" w:rsidRPr="00B175E3" w:rsidRDefault="00C75762" w:rsidP="009D1256">
            <w:pPr>
              <w:rPr>
                <w:rFonts w:ascii="Times New Roman" w:hAnsi="Times New Roman" w:cs="Times New Roman"/>
                <w:color w:val="000000" w:themeColor="text1"/>
                <w:sz w:val="20"/>
                <w:szCs w:val="20"/>
              </w:rPr>
            </w:pPr>
          </w:p>
        </w:tc>
        <w:tc>
          <w:tcPr>
            <w:tcW w:w="1020" w:type="dxa"/>
            <w:tcMar>
              <w:top w:w="120" w:type="dxa"/>
              <w:left w:w="120" w:type="dxa"/>
              <w:bottom w:w="120" w:type="dxa"/>
              <w:right w:w="120" w:type="dxa"/>
            </w:tcMar>
            <w:vAlign w:val="center"/>
          </w:tcPr>
          <w:p w14:paraId="37C588EC" w14:textId="77777777" w:rsidR="00C75762" w:rsidRPr="00B175E3" w:rsidRDefault="00C75762" w:rsidP="009D1256">
            <w:pPr>
              <w:rPr>
                <w:rFonts w:ascii="Times New Roman" w:hAnsi="Times New Roman" w:cs="Times New Roman"/>
                <w:color w:val="000000" w:themeColor="text1"/>
                <w:sz w:val="20"/>
                <w:szCs w:val="20"/>
              </w:rPr>
            </w:pPr>
          </w:p>
        </w:tc>
        <w:tc>
          <w:tcPr>
            <w:tcW w:w="2268" w:type="dxa"/>
            <w:tcMar>
              <w:top w:w="120" w:type="dxa"/>
              <w:left w:w="120" w:type="dxa"/>
              <w:bottom w:w="120" w:type="dxa"/>
              <w:right w:w="120" w:type="dxa"/>
            </w:tcMar>
            <w:vAlign w:val="center"/>
          </w:tcPr>
          <w:p w14:paraId="3022960F" w14:textId="77777777" w:rsidR="00C75762" w:rsidRPr="00B175E3" w:rsidRDefault="00C75762" w:rsidP="009D1256">
            <w:pPr>
              <w:rPr>
                <w:rFonts w:ascii="Times New Roman" w:hAnsi="Times New Roman" w:cs="Times New Roman"/>
                <w:color w:val="000000" w:themeColor="text1"/>
                <w:sz w:val="20"/>
                <w:szCs w:val="20"/>
              </w:rPr>
            </w:pPr>
          </w:p>
        </w:tc>
      </w:tr>
      <w:tr w:rsidR="00C75762" w:rsidRPr="00B175E3" w14:paraId="13BED83C" w14:textId="77777777" w:rsidTr="009D1256">
        <w:trPr>
          <w:jc w:val="center"/>
        </w:trPr>
        <w:tc>
          <w:tcPr>
            <w:tcW w:w="737" w:type="dxa"/>
            <w:tcMar>
              <w:top w:w="120" w:type="dxa"/>
              <w:left w:w="120" w:type="dxa"/>
              <w:bottom w:w="120" w:type="dxa"/>
              <w:right w:w="120" w:type="dxa"/>
            </w:tcMar>
            <w:vAlign w:val="center"/>
          </w:tcPr>
          <w:p w14:paraId="6991D62D"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41</w:t>
            </w:r>
          </w:p>
        </w:tc>
        <w:tc>
          <w:tcPr>
            <w:tcW w:w="3855" w:type="dxa"/>
            <w:tcMar>
              <w:top w:w="120" w:type="dxa"/>
              <w:left w:w="120" w:type="dxa"/>
              <w:bottom w:w="120" w:type="dxa"/>
              <w:right w:w="120" w:type="dxa"/>
            </w:tcMar>
            <w:vAlign w:val="center"/>
          </w:tcPr>
          <w:p w14:paraId="1AD267B9" w14:textId="77777777" w:rsidR="00C75762" w:rsidRPr="00B175E3" w:rsidRDefault="00C75762" w:rsidP="009D1256">
            <w:pPr>
              <w:rPr>
                <w:rFonts w:ascii="Times New Roman" w:hAnsi="Times New Roman" w:cs="Times New Roman"/>
                <w:color w:val="000000" w:themeColor="text1"/>
                <w:sz w:val="20"/>
                <w:szCs w:val="20"/>
              </w:rPr>
            </w:pPr>
          </w:p>
        </w:tc>
        <w:tc>
          <w:tcPr>
            <w:tcW w:w="1871" w:type="dxa"/>
            <w:tcMar>
              <w:top w:w="120" w:type="dxa"/>
              <w:left w:w="120" w:type="dxa"/>
              <w:bottom w:w="120" w:type="dxa"/>
              <w:right w:w="120" w:type="dxa"/>
            </w:tcMar>
            <w:vAlign w:val="center"/>
          </w:tcPr>
          <w:p w14:paraId="14E1E2DA" w14:textId="77777777" w:rsidR="00C75762" w:rsidRPr="00B175E3" w:rsidRDefault="00C75762" w:rsidP="009D1256">
            <w:pPr>
              <w:rPr>
                <w:rFonts w:ascii="Times New Roman" w:hAnsi="Times New Roman" w:cs="Times New Roman"/>
                <w:color w:val="000000" w:themeColor="text1"/>
                <w:sz w:val="20"/>
                <w:szCs w:val="20"/>
              </w:rPr>
            </w:pPr>
          </w:p>
        </w:tc>
        <w:tc>
          <w:tcPr>
            <w:tcW w:w="1020" w:type="dxa"/>
            <w:tcMar>
              <w:top w:w="120" w:type="dxa"/>
              <w:left w:w="120" w:type="dxa"/>
              <w:bottom w:w="120" w:type="dxa"/>
              <w:right w:w="120" w:type="dxa"/>
            </w:tcMar>
            <w:vAlign w:val="center"/>
          </w:tcPr>
          <w:p w14:paraId="38C872FA" w14:textId="77777777" w:rsidR="00C75762" w:rsidRPr="00B175E3" w:rsidRDefault="00C75762" w:rsidP="009D1256">
            <w:pPr>
              <w:rPr>
                <w:rFonts w:ascii="Times New Roman" w:hAnsi="Times New Roman" w:cs="Times New Roman"/>
                <w:color w:val="000000" w:themeColor="text1"/>
                <w:sz w:val="20"/>
                <w:szCs w:val="20"/>
              </w:rPr>
            </w:pPr>
          </w:p>
        </w:tc>
        <w:tc>
          <w:tcPr>
            <w:tcW w:w="2268" w:type="dxa"/>
            <w:tcMar>
              <w:top w:w="120" w:type="dxa"/>
              <w:left w:w="120" w:type="dxa"/>
              <w:bottom w:w="120" w:type="dxa"/>
              <w:right w:w="120" w:type="dxa"/>
            </w:tcMar>
            <w:vAlign w:val="center"/>
          </w:tcPr>
          <w:p w14:paraId="7CEFB9FB" w14:textId="77777777" w:rsidR="00C75762" w:rsidRPr="00B175E3" w:rsidRDefault="00C75762" w:rsidP="009D1256">
            <w:pPr>
              <w:rPr>
                <w:rFonts w:ascii="Times New Roman" w:hAnsi="Times New Roman" w:cs="Times New Roman"/>
                <w:color w:val="000000" w:themeColor="text1"/>
                <w:sz w:val="20"/>
                <w:szCs w:val="20"/>
              </w:rPr>
            </w:pPr>
          </w:p>
        </w:tc>
      </w:tr>
      <w:tr w:rsidR="00C75762" w:rsidRPr="00B175E3" w14:paraId="1E8DD2DF" w14:textId="77777777" w:rsidTr="009D1256">
        <w:trPr>
          <w:jc w:val="center"/>
        </w:trPr>
        <w:tc>
          <w:tcPr>
            <w:tcW w:w="737" w:type="dxa"/>
            <w:tcMar>
              <w:top w:w="120" w:type="dxa"/>
              <w:left w:w="120" w:type="dxa"/>
              <w:bottom w:w="120" w:type="dxa"/>
              <w:right w:w="120" w:type="dxa"/>
            </w:tcMar>
            <w:vAlign w:val="center"/>
          </w:tcPr>
          <w:p w14:paraId="1B7A27A0"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lastRenderedPageBreak/>
              <w:t>42</w:t>
            </w:r>
          </w:p>
        </w:tc>
        <w:tc>
          <w:tcPr>
            <w:tcW w:w="3855" w:type="dxa"/>
            <w:tcMar>
              <w:top w:w="120" w:type="dxa"/>
              <w:left w:w="120" w:type="dxa"/>
              <w:bottom w:w="120" w:type="dxa"/>
              <w:right w:w="120" w:type="dxa"/>
            </w:tcMar>
            <w:vAlign w:val="center"/>
          </w:tcPr>
          <w:p w14:paraId="384EF6F3" w14:textId="77777777" w:rsidR="00C75762" w:rsidRPr="00B175E3" w:rsidRDefault="00C75762" w:rsidP="009D1256">
            <w:pPr>
              <w:rPr>
                <w:rFonts w:ascii="Times New Roman" w:hAnsi="Times New Roman" w:cs="Times New Roman"/>
                <w:color w:val="000000" w:themeColor="text1"/>
                <w:sz w:val="20"/>
                <w:szCs w:val="20"/>
              </w:rPr>
            </w:pPr>
          </w:p>
        </w:tc>
        <w:tc>
          <w:tcPr>
            <w:tcW w:w="1871" w:type="dxa"/>
            <w:tcMar>
              <w:top w:w="120" w:type="dxa"/>
              <w:left w:w="120" w:type="dxa"/>
              <w:bottom w:w="120" w:type="dxa"/>
              <w:right w:w="120" w:type="dxa"/>
            </w:tcMar>
            <w:vAlign w:val="center"/>
          </w:tcPr>
          <w:p w14:paraId="4864893D" w14:textId="77777777" w:rsidR="00C75762" w:rsidRPr="00B175E3" w:rsidRDefault="00C75762" w:rsidP="009D1256">
            <w:pPr>
              <w:rPr>
                <w:rFonts w:ascii="Times New Roman" w:hAnsi="Times New Roman" w:cs="Times New Roman"/>
                <w:color w:val="000000" w:themeColor="text1"/>
                <w:sz w:val="20"/>
                <w:szCs w:val="20"/>
              </w:rPr>
            </w:pPr>
          </w:p>
        </w:tc>
        <w:tc>
          <w:tcPr>
            <w:tcW w:w="1020" w:type="dxa"/>
            <w:tcMar>
              <w:top w:w="120" w:type="dxa"/>
              <w:left w:w="120" w:type="dxa"/>
              <w:bottom w:w="120" w:type="dxa"/>
              <w:right w:w="120" w:type="dxa"/>
            </w:tcMar>
            <w:vAlign w:val="center"/>
          </w:tcPr>
          <w:p w14:paraId="53F1D581" w14:textId="77777777" w:rsidR="00C75762" w:rsidRPr="00B175E3" w:rsidRDefault="00C75762" w:rsidP="009D1256">
            <w:pPr>
              <w:rPr>
                <w:rFonts w:ascii="Times New Roman" w:hAnsi="Times New Roman" w:cs="Times New Roman"/>
                <w:color w:val="000000" w:themeColor="text1"/>
                <w:sz w:val="20"/>
                <w:szCs w:val="20"/>
              </w:rPr>
            </w:pPr>
          </w:p>
        </w:tc>
        <w:tc>
          <w:tcPr>
            <w:tcW w:w="2268" w:type="dxa"/>
            <w:tcMar>
              <w:top w:w="120" w:type="dxa"/>
              <w:left w:w="120" w:type="dxa"/>
              <w:bottom w:w="120" w:type="dxa"/>
              <w:right w:w="120" w:type="dxa"/>
            </w:tcMar>
            <w:vAlign w:val="center"/>
          </w:tcPr>
          <w:p w14:paraId="7F98A8BA" w14:textId="77777777" w:rsidR="00C75762" w:rsidRPr="00B175E3" w:rsidRDefault="00C75762" w:rsidP="009D1256">
            <w:pPr>
              <w:rPr>
                <w:rFonts w:ascii="Times New Roman" w:hAnsi="Times New Roman" w:cs="Times New Roman"/>
                <w:color w:val="000000" w:themeColor="text1"/>
                <w:sz w:val="20"/>
                <w:szCs w:val="20"/>
              </w:rPr>
            </w:pPr>
          </w:p>
        </w:tc>
      </w:tr>
      <w:tr w:rsidR="00C75762" w:rsidRPr="00B175E3" w14:paraId="02401F7E" w14:textId="77777777" w:rsidTr="009D1256">
        <w:trPr>
          <w:jc w:val="center"/>
        </w:trPr>
        <w:tc>
          <w:tcPr>
            <w:tcW w:w="737" w:type="dxa"/>
            <w:tcMar>
              <w:top w:w="120" w:type="dxa"/>
              <w:left w:w="120" w:type="dxa"/>
              <w:bottom w:w="120" w:type="dxa"/>
              <w:right w:w="120" w:type="dxa"/>
            </w:tcMar>
            <w:vAlign w:val="center"/>
          </w:tcPr>
          <w:p w14:paraId="41DF6CAF"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43</w:t>
            </w:r>
          </w:p>
        </w:tc>
        <w:tc>
          <w:tcPr>
            <w:tcW w:w="3855" w:type="dxa"/>
            <w:tcMar>
              <w:top w:w="120" w:type="dxa"/>
              <w:left w:w="120" w:type="dxa"/>
              <w:bottom w:w="120" w:type="dxa"/>
              <w:right w:w="120" w:type="dxa"/>
            </w:tcMar>
            <w:vAlign w:val="center"/>
          </w:tcPr>
          <w:p w14:paraId="33594DD7" w14:textId="77777777" w:rsidR="00C75762" w:rsidRPr="00B175E3" w:rsidRDefault="00C75762" w:rsidP="009D1256">
            <w:pPr>
              <w:rPr>
                <w:rFonts w:ascii="Times New Roman" w:hAnsi="Times New Roman" w:cs="Times New Roman"/>
                <w:color w:val="000000" w:themeColor="text1"/>
                <w:sz w:val="20"/>
                <w:szCs w:val="20"/>
              </w:rPr>
            </w:pPr>
          </w:p>
        </w:tc>
        <w:tc>
          <w:tcPr>
            <w:tcW w:w="1871" w:type="dxa"/>
            <w:tcMar>
              <w:top w:w="120" w:type="dxa"/>
              <w:left w:w="120" w:type="dxa"/>
              <w:bottom w:w="120" w:type="dxa"/>
              <w:right w:w="120" w:type="dxa"/>
            </w:tcMar>
            <w:vAlign w:val="center"/>
          </w:tcPr>
          <w:p w14:paraId="040C09E6" w14:textId="77777777" w:rsidR="00C75762" w:rsidRPr="00B175E3" w:rsidRDefault="00C75762" w:rsidP="009D1256">
            <w:pPr>
              <w:rPr>
                <w:rFonts w:ascii="Times New Roman" w:hAnsi="Times New Roman" w:cs="Times New Roman"/>
                <w:color w:val="000000" w:themeColor="text1"/>
                <w:sz w:val="20"/>
                <w:szCs w:val="20"/>
              </w:rPr>
            </w:pPr>
          </w:p>
        </w:tc>
        <w:tc>
          <w:tcPr>
            <w:tcW w:w="1020" w:type="dxa"/>
            <w:tcMar>
              <w:top w:w="120" w:type="dxa"/>
              <w:left w:w="120" w:type="dxa"/>
              <w:bottom w:w="120" w:type="dxa"/>
              <w:right w:w="120" w:type="dxa"/>
            </w:tcMar>
            <w:vAlign w:val="center"/>
          </w:tcPr>
          <w:p w14:paraId="5CE47965" w14:textId="77777777" w:rsidR="00C75762" w:rsidRPr="00B175E3" w:rsidRDefault="00C75762" w:rsidP="009D1256">
            <w:pPr>
              <w:rPr>
                <w:rFonts w:ascii="Times New Roman" w:hAnsi="Times New Roman" w:cs="Times New Roman"/>
                <w:color w:val="000000" w:themeColor="text1"/>
                <w:sz w:val="20"/>
                <w:szCs w:val="20"/>
              </w:rPr>
            </w:pPr>
          </w:p>
        </w:tc>
        <w:tc>
          <w:tcPr>
            <w:tcW w:w="2268" w:type="dxa"/>
            <w:tcMar>
              <w:top w:w="120" w:type="dxa"/>
              <w:left w:w="120" w:type="dxa"/>
              <w:bottom w:w="120" w:type="dxa"/>
              <w:right w:w="120" w:type="dxa"/>
            </w:tcMar>
            <w:vAlign w:val="center"/>
          </w:tcPr>
          <w:p w14:paraId="4412046A" w14:textId="77777777" w:rsidR="00C75762" w:rsidRPr="00B175E3" w:rsidRDefault="00C75762" w:rsidP="009D1256">
            <w:pPr>
              <w:rPr>
                <w:rFonts w:ascii="Times New Roman" w:hAnsi="Times New Roman" w:cs="Times New Roman"/>
                <w:color w:val="000000" w:themeColor="text1"/>
                <w:sz w:val="20"/>
                <w:szCs w:val="20"/>
              </w:rPr>
            </w:pPr>
          </w:p>
        </w:tc>
      </w:tr>
      <w:tr w:rsidR="00C75762" w:rsidRPr="00B175E3" w14:paraId="6030ACA2" w14:textId="77777777" w:rsidTr="009D1256">
        <w:trPr>
          <w:jc w:val="center"/>
        </w:trPr>
        <w:tc>
          <w:tcPr>
            <w:tcW w:w="737" w:type="dxa"/>
            <w:tcMar>
              <w:top w:w="120" w:type="dxa"/>
              <w:left w:w="120" w:type="dxa"/>
              <w:bottom w:w="120" w:type="dxa"/>
              <w:right w:w="120" w:type="dxa"/>
            </w:tcMar>
            <w:vAlign w:val="center"/>
          </w:tcPr>
          <w:p w14:paraId="7104D519"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44</w:t>
            </w:r>
          </w:p>
        </w:tc>
        <w:tc>
          <w:tcPr>
            <w:tcW w:w="3855" w:type="dxa"/>
            <w:tcMar>
              <w:top w:w="120" w:type="dxa"/>
              <w:left w:w="120" w:type="dxa"/>
              <w:bottom w:w="120" w:type="dxa"/>
              <w:right w:w="120" w:type="dxa"/>
            </w:tcMar>
            <w:vAlign w:val="center"/>
          </w:tcPr>
          <w:p w14:paraId="6170265B" w14:textId="77777777" w:rsidR="00C75762" w:rsidRPr="00B175E3" w:rsidRDefault="00C75762" w:rsidP="009D1256">
            <w:pPr>
              <w:rPr>
                <w:rFonts w:ascii="Times New Roman" w:hAnsi="Times New Roman" w:cs="Times New Roman"/>
                <w:color w:val="000000" w:themeColor="text1"/>
                <w:sz w:val="20"/>
                <w:szCs w:val="20"/>
              </w:rPr>
            </w:pPr>
          </w:p>
        </w:tc>
        <w:tc>
          <w:tcPr>
            <w:tcW w:w="1871" w:type="dxa"/>
            <w:tcMar>
              <w:top w:w="120" w:type="dxa"/>
              <w:left w:w="120" w:type="dxa"/>
              <w:bottom w:w="120" w:type="dxa"/>
              <w:right w:w="120" w:type="dxa"/>
            </w:tcMar>
            <w:vAlign w:val="center"/>
          </w:tcPr>
          <w:p w14:paraId="267C4ECC" w14:textId="77777777" w:rsidR="00C75762" w:rsidRPr="00B175E3" w:rsidRDefault="00C75762" w:rsidP="009D1256">
            <w:pPr>
              <w:rPr>
                <w:rFonts w:ascii="Times New Roman" w:hAnsi="Times New Roman" w:cs="Times New Roman"/>
                <w:color w:val="000000" w:themeColor="text1"/>
                <w:sz w:val="20"/>
                <w:szCs w:val="20"/>
              </w:rPr>
            </w:pPr>
          </w:p>
        </w:tc>
        <w:tc>
          <w:tcPr>
            <w:tcW w:w="1020" w:type="dxa"/>
            <w:tcMar>
              <w:top w:w="120" w:type="dxa"/>
              <w:left w:w="120" w:type="dxa"/>
              <w:bottom w:w="120" w:type="dxa"/>
              <w:right w:w="120" w:type="dxa"/>
            </w:tcMar>
            <w:vAlign w:val="center"/>
          </w:tcPr>
          <w:p w14:paraId="09E7A481" w14:textId="77777777" w:rsidR="00C75762" w:rsidRPr="00B175E3" w:rsidRDefault="00C75762" w:rsidP="009D1256">
            <w:pPr>
              <w:rPr>
                <w:rFonts w:ascii="Times New Roman" w:hAnsi="Times New Roman" w:cs="Times New Roman"/>
                <w:color w:val="000000" w:themeColor="text1"/>
                <w:sz w:val="20"/>
                <w:szCs w:val="20"/>
              </w:rPr>
            </w:pPr>
          </w:p>
        </w:tc>
        <w:tc>
          <w:tcPr>
            <w:tcW w:w="2268" w:type="dxa"/>
            <w:tcMar>
              <w:top w:w="120" w:type="dxa"/>
              <w:left w:w="120" w:type="dxa"/>
              <w:bottom w:w="120" w:type="dxa"/>
              <w:right w:w="120" w:type="dxa"/>
            </w:tcMar>
            <w:vAlign w:val="center"/>
          </w:tcPr>
          <w:p w14:paraId="169EABC7" w14:textId="77777777" w:rsidR="00C75762" w:rsidRPr="00B175E3" w:rsidRDefault="00C75762" w:rsidP="009D1256">
            <w:pPr>
              <w:rPr>
                <w:rFonts w:ascii="Times New Roman" w:hAnsi="Times New Roman" w:cs="Times New Roman"/>
                <w:color w:val="000000" w:themeColor="text1"/>
                <w:sz w:val="20"/>
                <w:szCs w:val="20"/>
              </w:rPr>
            </w:pPr>
          </w:p>
        </w:tc>
      </w:tr>
      <w:tr w:rsidR="00C75762" w:rsidRPr="00B175E3" w14:paraId="284EFFB4" w14:textId="77777777" w:rsidTr="009D1256">
        <w:trPr>
          <w:jc w:val="center"/>
        </w:trPr>
        <w:tc>
          <w:tcPr>
            <w:tcW w:w="737" w:type="dxa"/>
            <w:tcMar>
              <w:top w:w="120" w:type="dxa"/>
              <w:left w:w="120" w:type="dxa"/>
              <w:bottom w:w="120" w:type="dxa"/>
              <w:right w:w="120" w:type="dxa"/>
            </w:tcMar>
            <w:vAlign w:val="center"/>
          </w:tcPr>
          <w:p w14:paraId="465BBDA9"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45</w:t>
            </w:r>
          </w:p>
        </w:tc>
        <w:tc>
          <w:tcPr>
            <w:tcW w:w="3855" w:type="dxa"/>
            <w:tcMar>
              <w:top w:w="120" w:type="dxa"/>
              <w:left w:w="120" w:type="dxa"/>
              <w:bottom w:w="120" w:type="dxa"/>
              <w:right w:w="120" w:type="dxa"/>
            </w:tcMar>
            <w:vAlign w:val="center"/>
          </w:tcPr>
          <w:p w14:paraId="4887CB12" w14:textId="77777777" w:rsidR="00C75762" w:rsidRPr="00B175E3" w:rsidRDefault="00C75762" w:rsidP="009D1256">
            <w:pPr>
              <w:rPr>
                <w:rFonts w:ascii="Times New Roman" w:hAnsi="Times New Roman" w:cs="Times New Roman"/>
                <w:color w:val="000000" w:themeColor="text1"/>
                <w:sz w:val="20"/>
                <w:szCs w:val="20"/>
              </w:rPr>
            </w:pPr>
          </w:p>
        </w:tc>
        <w:tc>
          <w:tcPr>
            <w:tcW w:w="1871" w:type="dxa"/>
            <w:tcMar>
              <w:top w:w="120" w:type="dxa"/>
              <w:left w:w="120" w:type="dxa"/>
              <w:bottom w:w="120" w:type="dxa"/>
              <w:right w:w="120" w:type="dxa"/>
            </w:tcMar>
            <w:vAlign w:val="center"/>
          </w:tcPr>
          <w:p w14:paraId="1C8640BE" w14:textId="77777777" w:rsidR="00C75762" w:rsidRPr="00B175E3" w:rsidRDefault="00C75762" w:rsidP="009D1256">
            <w:pPr>
              <w:rPr>
                <w:rFonts w:ascii="Times New Roman" w:hAnsi="Times New Roman" w:cs="Times New Roman"/>
                <w:color w:val="000000" w:themeColor="text1"/>
                <w:sz w:val="20"/>
                <w:szCs w:val="20"/>
              </w:rPr>
            </w:pPr>
          </w:p>
        </w:tc>
        <w:tc>
          <w:tcPr>
            <w:tcW w:w="1020" w:type="dxa"/>
            <w:tcMar>
              <w:top w:w="120" w:type="dxa"/>
              <w:left w:w="120" w:type="dxa"/>
              <w:bottom w:w="120" w:type="dxa"/>
              <w:right w:w="120" w:type="dxa"/>
            </w:tcMar>
            <w:vAlign w:val="center"/>
          </w:tcPr>
          <w:p w14:paraId="656E6C46" w14:textId="77777777" w:rsidR="00C75762" w:rsidRPr="00B175E3" w:rsidRDefault="00C75762" w:rsidP="009D1256">
            <w:pPr>
              <w:rPr>
                <w:rFonts w:ascii="Times New Roman" w:hAnsi="Times New Roman" w:cs="Times New Roman"/>
                <w:color w:val="000000" w:themeColor="text1"/>
                <w:sz w:val="20"/>
                <w:szCs w:val="20"/>
              </w:rPr>
            </w:pPr>
          </w:p>
        </w:tc>
        <w:tc>
          <w:tcPr>
            <w:tcW w:w="2268" w:type="dxa"/>
            <w:tcMar>
              <w:top w:w="120" w:type="dxa"/>
              <w:left w:w="120" w:type="dxa"/>
              <w:bottom w:w="120" w:type="dxa"/>
              <w:right w:w="120" w:type="dxa"/>
            </w:tcMar>
            <w:vAlign w:val="center"/>
          </w:tcPr>
          <w:p w14:paraId="583C9C8F" w14:textId="77777777" w:rsidR="00C75762" w:rsidRPr="00B175E3" w:rsidRDefault="00C75762" w:rsidP="009D1256">
            <w:pPr>
              <w:rPr>
                <w:rFonts w:ascii="Times New Roman" w:hAnsi="Times New Roman" w:cs="Times New Roman"/>
                <w:color w:val="000000" w:themeColor="text1"/>
                <w:sz w:val="20"/>
                <w:szCs w:val="20"/>
              </w:rPr>
            </w:pPr>
          </w:p>
        </w:tc>
      </w:tr>
      <w:tr w:rsidR="00C75762" w:rsidRPr="00B175E3" w14:paraId="53724F88" w14:textId="77777777" w:rsidTr="009D1256">
        <w:trPr>
          <w:jc w:val="center"/>
        </w:trPr>
        <w:tc>
          <w:tcPr>
            <w:tcW w:w="737" w:type="dxa"/>
            <w:tcMar>
              <w:top w:w="120" w:type="dxa"/>
              <w:left w:w="120" w:type="dxa"/>
              <w:bottom w:w="120" w:type="dxa"/>
              <w:right w:w="120" w:type="dxa"/>
            </w:tcMar>
            <w:vAlign w:val="center"/>
          </w:tcPr>
          <w:p w14:paraId="79B4697D"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46</w:t>
            </w:r>
          </w:p>
        </w:tc>
        <w:tc>
          <w:tcPr>
            <w:tcW w:w="3855" w:type="dxa"/>
            <w:tcMar>
              <w:top w:w="120" w:type="dxa"/>
              <w:left w:w="120" w:type="dxa"/>
              <w:bottom w:w="120" w:type="dxa"/>
              <w:right w:w="120" w:type="dxa"/>
            </w:tcMar>
            <w:vAlign w:val="center"/>
          </w:tcPr>
          <w:p w14:paraId="193FDD18" w14:textId="77777777" w:rsidR="00C75762" w:rsidRPr="00B175E3" w:rsidRDefault="00C75762" w:rsidP="009D1256">
            <w:pPr>
              <w:rPr>
                <w:rFonts w:ascii="Times New Roman" w:hAnsi="Times New Roman" w:cs="Times New Roman"/>
                <w:color w:val="000000" w:themeColor="text1"/>
                <w:sz w:val="20"/>
                <w:szCs w:val="20"/>
              </w:rPr>
            </w:pPr>
          </w:p>
        </w:tc>
        <w:tc>
          <w:tcPr>
            <w:tcW w:w="1871" w:type="dxa"/>
            <w:tcMar>
              <w:top w:w="120" w:type="dxa"/>
              <w:left w:w="120" w:type="dxa"/>
              <w:bottom w:w="120" w:type="dxa"/>
              <w:right w:w="120" w:type="dxa"/>
            </w:tcMar>
            <w:vAlign w:val="center"/>
          </w:tcPr>
          <w:p w14:paraId="42119EC9" w14:textId="77777777" w:rsidR="00C75762" w:rsidRPr="00B175E3" w:rsidRDefault="00C75762" w:rsidP="009D1256">
            <w:pPr>
              <w:rPr>
                <w:rFonts w:ascii="Times New Roman" w:hAnsi="Times New Roman" w:cs="Times New Roman"/>
                <w:color w:val="000000" w:themeColor="text1"/>
                <w:sz w:val="20"/>
                <w:szCs w:val="20"/>
              </w:rPr>
            </w:pPr>
          </w:p>
        </w:tc>
        <w:tc>
          <w:tcPr>
            <w:tcW w:w="1020" w:type="dxa"/>
            <w:tcMar>
              <w:top w:w="120" w:type="dxa"/>
              <w:left w:w="120" w:type="dxa"/>
              <w:bottom w:w="120" w:type="dxa"/>
              <w:right w:w="120" w:type="dxa"/>
            </w:tcMar>
            <w:vAlign w:val="center"/>
          </w:tcPr>
          <w:p w14:paraId="39056048" w14:textId="77777777" w:rsidR="00C75762" w:rsidRPr="00B175E3" w:rsidRDefault="00C75762" w:rsidP="009D1256">
            <w:pPr>
              <w:rPr>
                <w:rFonts w:ascii="Times New Roman" w:hAnsi="Times New Roman" w:cs="Times New Roman"/>
                <w:color w:val="000000" w:themeColor="text1"/>
                <w:sz w:val="20"/>
                <w:szCs w:val="20"/>
              </w:rPr>
            </w:pPr>
          </w:p>
        </w:tc>
        <w:tc>
          <w:tcPr>
            <w:tcW w:w="2268" w:type="dxa"/>
            <w:tcMar>
              <w:top w:w="120" w:type="dxa"/>
              <w:left w:w="120" w:type="dxa"/>
              <w:bottom w:w="120" w:type="dxa"/>
              <w:right w:w="120" w:type="dxa"/>
            </w:tcMar>
            <w:vAlign w:val="center"/>
          </w:tcPr>
          <w:p w14:paraId="1E4B8D24" w14:textId="77777777" w:rsidR="00C75762" w:rsidRPr="00B175E3" w:rsidRDefault="00C75762" w:rsidP="009D1256">
            <w:pPr>
              <w:rPr>
                <w:rFonts w:ascii="Times New Roman" w:hAnsi="Times New Roman" w:cs="Times New Roman"/>
                <w:color w:val="000000" w:themeColor="text1"/>
                <w:sz w:val="20"/>
                <w:szCs w:val="20"/>
              </w:rPr>
            </w:pPr>
          </w:p>
        </w:tc>
      </w:tr>
      <w:tr w:rsidR="00C75762" w:rsidRPr="00B175E3" w14:paraId="3FD61AF1" w14:textId="77777777" w:rsidTr="009D1256">
        <w:trPr>
          <w:jc w:val="center"/>
        </w:trPr>
        <w:tc>
          <w:tcPr>
            <w:tcW w:w="737" w:type="dxa"/>
            <w:tcMar>
              <w:top w:w="120" w:type="dxa"/>
              <w:left w:w="120" w:type="dxa"/>
              <w:bottom w:w="120" w:type="dxa"/>
              <w:right w:w="120" w:type="dxa"/>
            </w:tcMar>
            <w:vAlign w:val="center"/>
          </w:tcPr>
          <w:p w14:paraId="6361E9BF"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47</w:t>
            </w:r>
          </w:p>
        </w:tc>
        <w:tc>
          <w:tcPr>
            <w:tcW w:w="3855" w:type="dxa"/>
            <w:tcMar>
              <w:top w:w="120" w:type="dxa"/>
              <w:left w:w="120" w:type="dxa"/>
              <w:bottom w:w="120" w:type="dxa"/>
              <w:right w:w="120" w:type="dxa"/>
            </w:tcMar>
            <w:vAlign w:val="center"/>
          </w:tcPr>
          <w:p w14:paraId="3E514052" w14:textId="77777777" w:rsidR="00C75762" w:rsidRPr="00B175E3" w:rsidRDefault="00C75762" w:rsidP="009D1256">
            <w:pPr>
              <w:rPr>
                <w:rFonts w:ascii="Times New Roman" w:hAnsi="Times New Roman" w:cs="Times New Roman"/>
                <w:color w:val="000000" w:themeColor="text1"/>
                <w:sz w:val="20"/>
                <w:szCs w:val="20"/>
              </w:rPr>
            </w:pPr>
          </w:p>
        </w:tc>
        <w:tc>
          <w:tcPr>
            <w:tcW w:w="1871" w:type="dxa"/>
            <w:tcMar>
              <w:top w:w="120" w:type="dxa"/>
              <w:left w:w="120" w:type="dxa"/>
              <w:bottom w:w="120" w:type="dxa"/>
              <w:right w:w="120" w:type="dxa"/>
            </w:tcMar>
            <w:vAlign w:val="center"/>
          </w:tcPr>
          <w:p w14:paraId="4E1D4DE6" w14:textId="77777777" w:rsidR="00C75762" w:rsidRPr="00B175E3" w:rsidRDefault="00C75762" w:rsidP="009D1256">
            <w:pPr>
              <w:rPr>
                <w:rFonts w:ascii="Times New Roman" w:hAnsi="Times New Roman" w:cs="Times New Roman"/>
                <w:color w:val="000000" w:themeColor="text1"/>
                <w:sz w:val="20"/>
                <w:szCs w:val="20"/>
              </w:rPr>
            </w:pPr>
          </w:p>
        </w:tc>
        <w:tc>
          <w:tcPr>
            <w:tcW w:w="1020" w:type="dxa"/>
            <w:tcMar>
              <w:top w:w="120" w:type="dxa"/>
              <w:left w:w="120" w:type="dxa"/>
              <w:bottom w:w="120" w:type="dxa"/>
              <w:right w:w="120" w:type="dxa"/>
            </w:tcMar>
            <w:vAlign w:val="center"/>
          </w:tcPr>
          <w:p w14:paraId="55424EAA" w14:textId="77777777" w:rsidR="00C75762" w:rsidRPr="00B175E3" w:rsidRDefault="00C75762" w:rsidP="009D1256">
            <w:pPr>
              <w:rPr>
                <w:rFonts w:ascii="Times New Roman" w:hAnsi="Times New Roman" w:cs="Times New Roman"/>
                <w:color w:val="000000" w:themeColor="text1"/>
                <w:sz w:val="20"/>
                <w:szCs w:val="20"/>
              </w:rPr>
            </w:pPr>
          </w:p>
        </w:tc>
        <w:tc>
          <w:tcPr>
            <w:tcW w:w="2268" w:type="dxa"/>
            <w:tcMar>
              <w:top w:w="120" w:type="dxa"/>
              <w:left w:w="120" w:type="dxa"/>
              <w:bottom w:w="120" w:type="dxa"/>
              <w:right w:w="120" w:type="dxa"/>
            </w:tcMar>
            <w:vAlign w:val="center"/>
          </w:tcPr>
          <w:p w14:paraId="6BD0AEFD" w14:textId="77777777" w:rsidR="00C75762" w:rsidRPr="00B175E3" w:rsidRDefault="00C75762" w:rsidP="009D1256">
            <w:pPr>
              <w:rPr>
                <w:rFonts w:ascii="Times New Roman" w:hAnsi="Times New Roman" w:cs="Times New Roman"/>
                <w:color w:val="000000" w:themeColor="text1"/>
                <w:sz w:val="20"/>
                <w:szCs w:val="20"/>
              </w:rPr>
            </w:pPr>
          </w:p>
        </w:tc>
      </w:tr>
      <w:tr w:rsidR="00C75762" w:rsidRPr="00B175E3" w14:paraId="11197650" w14:textId="77777777" w:rsidTr="009D1256">
        <w:trPr>
          <w:jc w:val="center"/>
        </w:trPr>
        <w:tc>
          <w:tcPr>
            <w:tcW w:w="737" w:type="dxa"/>
            <w:tcMar>
              <w:top w:w="120" w:type="dxa"/>
              <w:left w:w="120" w:type="dxa"/>
              <w:bottom w:w="120" w:type="dxa"/>
              <w:right w:w="120" w:type="dxa"/>
            </w:tcMar>
            <w:vAlign w:val="center"/>
          </w:tcPr>
          <w:p w14:paraId="13D47349"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48</w:t>
            </w:r>
          </w:p>
        </w:tc>
        <w:tc>
          <w:tcPr>
            <w:tcW w:w="3855" w:type="dxa"/>
            <w:tcMar>
              <w:top w:w="120" w:type="dxa"/>
              <w:left w:w="120" w:type="dxa"/>
              <w:bottom w:w="120" w:type="dxa"/>
              <w:right w:w="120" w:type="dxa"/>
            </w:tcMar>
            <w:vAlign w:val="center"/>
          </w:tcPr>
          <w:p w14:paraId="585761EE" w14:textId="77777777" w:rsidR="00C75762" w:rsidRPr="00B175E3" w:rsidRDefault="00C75762" w:rsidP="009D1256">
            <w:pPr>
              <w:rPr>
                <w:rFonts w:ascii="Times New Roman" w:hAnsi="Times New Roman" w:cs="Times New Roman"/>
                <w:color w:val="000000" w:themeColor="text1"/>
                <w:sz w:val="20"/>
                <w:szCs w:val="20"/>
              </w:rPr>
            </w:pPr>
          </w:p>
        </w:tc>
        <w:tc>
          <w:tcPr>
            <w:tcW w:w="1871" w:type="dxa"/>
            <w:tcMar>
              <w:top w:w="120" w:type="dxa"/>
              <w:left w:w="120" w:type="dxa"/>
              <w:bottom w:w="120" w:type="dxa"/>
              <w:right w:w="120" w:type="dxa"/>
            </w:tcMar>
            <w:vAlign w:val="center"/>
          </w:tcPr>
          <w:p w14:paraId="2B54B9F5" w14:textId="77777777" w:rsidR="00C75762" w:rsidRPr="00B175E3" w:rsidRDefault="00C75762" w:rsidP="009D1256">
            <w:pPr>
              <w:rPr>
                <w:rFonts w:ascii="Times New Roman" w:hAnsi="Times New Roman" w:cs="Times New Roman"/>
                <w:color w:val="000000" w:themeColor="text1"/>
                <w:sz w:val="20"/>
                <w:szCs w:val="20"/>
              </w:rPr>
            </w:pPr>
          </w:p>
        </w:tc>
        <w:tc>
          <w:tcPr>
            <w:tcW w:w="1020" w:type="dxa"/>
            <w:tcMar>
              <w:top w:w="120" w:type="dxa"/>
              <w:left w:w="120" w:type="dxa"/>
              <w:bottom w:w="120" w:type="dxa"/>
              <w:right w:w="120" w:type="dxa"/>
            </w:tcMar>
            <w:vAlign w:val="center"/>
          </w:tcPr>
          <w:p w14:paraId="6C6EC551" w14:textId="77777777" w:rsidR="00C75762" w:rsidRPr="00B175E3" w:rsidRDefault="00C75762" w:rsidP="009D1256">
            <w:pPr>
              <w:rPr>
                <w:rFonts w:ascii="Times New Roman" w:hAnsi="Times New Roman" w:cs="Times New Roman"/>
                <w:color w:val="000000" w:themeColor="text1"/>
                <w:sz w:val="20"/>
                <w:szCs w:val="20"/>
              </w:rPr>
            </w:pPr>
          </w:p>
        </w:tc>
        <w:tc>
          <w:tcPr>
            <w:tcW w:w="2268" w:type="dxa"/>
            <w:tcMar>
              <w:top w:w="120" w:type="dxa"/>
              <w:left w:w="120" w:type="dxa"/>
              <w:bottom w:w="120" w:type="dxa"/>
              <w:right w:w="120" w:type="dxa"/>
            </w:tcMar>
            <w:vAlign w:val="center"/>
          </w:tcPr>
          <w:p w14:paraId="7094A20B" w14:textId="77777777" w:rsidR="00C75762" w:rsidRPr="00B175E3" w:rsidRDefault="00C75762" w:rsidP="009D1256">
            <w:pPr>
              <w:rPr>
                <w:rFonts w:ascii="Times New Roman" w:hAnsi="Times New Roman" w:cs="Times New Roman"/>
                <w:color w:val="000000" w:themeColor="text1"/>
                <w:sz w:val="20"/>
                <w:szCs w:val="20"/>
              </w:rPr>
            </w:pPr>
          </w:p>
        </w:tc>
      </w:tr>
      <w:tr w:rsidR="00C75762" w:rsidRPr="00B175E3" w14:paraId="1FAC2BBF" w14:textId="77777777" w:rsidTr="009D1256">
        <w:trPr>
          <w:jc w:val="center"/>
        </w:trPr>
        <w:tc>
          <w:tcPr>
            <w:tcW w:w="737" w:type="dxa"/>
            <w:tcMar>
              <w:top w:w="120" w:type="dxa"/>
              <w:left w:w="120" w:type="dxa"/>
              <w:bottom w:w="120" w:type="dxa"/>
              <w:right w:w="120" w:type="dxa"/>
            </w:tcMar>
            <w:vAlign w:val="center"/>
          </w:tcPr>
          <w:p w14:paraId="18DC8759"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49</w:t>
            </w:r>
          </w:p>
        </w:tc>
        <w:tc>
          <w:tcPr>
            <w:tcW w:w="3855" w:type="dxa"/>
            <w:tcMar>
              <w:top w:w="120" w:type="dxa"/>
              <w:left w:w="120" w:type="dxa"/>
              <w:bottom w:w="120" w:type="dxa"/>
              <w:right w:w="120" w:type="dxa"/>
            </w:tcMar>
            <w:vAlign w:val="center"/>
          </w:tcPr>
          <w:p w14:paraId="5F412238" w14:textId="77777777" w:rsidR="00C75762" w:rsidRPr="00B175E3" w:rsidRDefault="00C75762" w:rsidP="009D1256">
            <w:pPr>
              <w:rPr>
                <w:rFonts w:ascii="Times New Roman" w:hAnsi="Times New Roman" w:cs="Times New Roman"/>
                <w:color w:val="000000" w:themeColor="text1"/>
                <w:sz w:val="20"/>
                <w:szCs w:val="20"/>
              </w:rPr>
            </w:pPr>
          </w:p>
        </w:tc>
        <w:tc>
          <w:tcPr>
            <w:tcW w:w="1871" w:type="dxa"/>
            <w:tcMar>
              <w:top w:w="120" w:type="dxa"/>
              <w:left w:w="120" w:type="dxa"/>
              <w:bottom w:w="120" w:type="dxa"/>
              <w:right w:w="120" w:type="dxa"/>
            </w:tcMar>
            <w:vAlign w:val="center"/>
          </w:tcPr>
          <w:p w14:paraId="60CAA3B8" w14:textId="77777777" w:rsidR="00C75762" w:rsidRPr="00B175E3" w:rsidRDefault="00C75762" w:rsidP="009D1256">
            <w:pPr>
              <w:rPr>
                <w:rFonts w:ascii="Times New Roman" w:hAnsi="Times New Roman" w:cs="Times New Roman"/>
                <w:color w:val="000000" w:themeColor="text1"/>
                <w:sz w:val="20"/>
                <w:szCs w:val="20"/>
              </w:rPr>
            </w:pPr>
          </w:p>
        </w:tc>
        <w:tc>
          <w:tcPr>
            <w:tcW w:w="1020" w:type="dxa"/>
            <w:tcMar>
              <w:top w:w="120" w:type="dxa"/>
              <w:left w:w="120" w:type="dxa"/>
              <w:bottom w:w="120" w:type="dxa"/>
              <w:right w:w="120" w:type="dxa"/>
            </w:tcMar>
            <w:vAlign w:val="center"/>
          </w:tcPr>
          <w:p w14:paraId="58F7C0D4" w14:textId="77777777" w:rsidR="00C75762" w:rsidRPr="00B175E3" w:rsidRDefault="00C75762" w:rsidP="009D1256">
            <w:pPr>
              <w:rPr>
                <w:rFonts w:ascii="Times New Roman" w:hAnsi="Times New Roman" w:cs="Times New Roman"/>
                <w:color w:val="000000" w:themeColor="text1"/>
                <w:sz w:val="20"/>
                <w:szCs w:val="20"/>
              </w:rPr>
            </w:pPr>
          </w:p>
        </w:tc>
        <w:tc>
          <w:tcPr>
            <w:tcW w:w="2268" w:type="dxa"/>
            <w:tcMar>
              <w:top w:w="120" w:type="dxa"/>
              <w:left w:w="120" w:type="dxa"/>
              <w:bottom w:w="120" w:type="dxa"/>
              <w:right w:w="120" w:type="dxa"/>
            </w:tcMar>
            <w:vAlign w:val="center"/>
          </w:tcPr>
          <w:p w14:paraId="33AD6FF0" w14:textId="77777777" w:rsidR="00C75762" w:rsidRPr="00B175E3" w:rsidRDefault="00C75762" w:rsidP="009D1256">
            <w:pPr>
              <w:rPr>
                <w:rFonts w:ascii="Times New Roman" w:hAnsi="Times New Roman" w:cs="Times New Roman"/>
                <w:color w:val="000000" w:themeColor="text1"/>
                <w:sz w:val="20"/>
                <w:szCs w:val="20"/>
              </w:rPr>
            </w:pPr>
          </w:p>
        </w:tc>
      </w:tr>
      <w:tr w:rsidR="00C75762" w:rsidRPr="00B175E3" w14:paraId="71E48CD6" w14:textId="77777777" w:rsidTr="009D1256">
        <w:trPr>
          <w:jc w:val="center"/>
        </w:trPr>
        <w:tc>
          <w:tcPr>
            <w:tcW w:w="737" w:type="dxa"/>
            <w:tcMar>
              <w:top w:w="120" w:type="dxa"/>
              <w:left w:w="120" w:type="dxa"/>
              <w:bottom w:w="120" w:type="dxa"/>
              <w:right w:w="120" w:type="dxa"/>
            </w:tcMar>
            <w:vAlign w:val="center"/>
          </w:tcPr>
          <w:p w14:paraId="2B1704E5" w14:textId="77777777" w:rsidR="00C75762" w:rsidRPr="00B175E3" w:rsidRDefault="00C75762" w:rsidP="009D1256">
            <w:pPr>
              <w:jc w:val="cente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50</w:t>
            </w:r>
          </w:p>
        </w:tc>
        <w:tc>
          <w:tcPr>
            <w:tcW w:w="3855" w:type="dxa"/>
            <w:tcMar>
              <w:top w:w="120" w:type="dxa"/>
              <w:left w:w="120" w:type="dxa"/>
              <w:bottom w:w="120" w:type="dxa"/>
              <w:right w:w="120" w:type="dxa"/>
            </w:tcMar>
            <w:vAlign w:val="center"/>
          </w:tcPr>
          <w:p w14:paraId="2D239C1C" w14:textId="77777777" w:rsidR="00C75762" w:rsidRPr="00B175E3" w:rsidRDefault="00C75762" w:rsidP="009D1256">
            <w:pPr>
              <w:rPr>
                <w:rFonts w:ascii="Times New Roman" w:hAnsi="Times New Roman" w:cs="Times New Roman"/>
                <w:color w:val="000000" w:themeColor="text1"/>
                <w:sz w:val="20"/>
                <w:szCs w:val="20"/>
              </w:rPr>
            </w:pPr>
          </w:p>
        </w:tc>
        <w:tc>
          <w:tcPr>
            <w:tcW w:w="1871" w:type="dxa"/>
            <w:tcMar>
              <w:top w:w="120" w:type="dxa"/>
              <w:left w:w="120" w:type="dxa"/>
              <w:bottom w:w="120" w:type="dxa"/>
              <w:right w:w="120" w:type="dxa"/>
            </w:tcMar>
            <w:vAlign w:val="center"/>
          </w:tcPr>
          <w:p w14:paraId="4A28AC9F" w14:textId="77777777" w:rsidR="00C75762" w:rsidRPr="00B175E3" w:rsidRDefault="00C75762" w:rsidP="009D1256">
            <w:pPr>
              <w:rPr>
                <w:rFonts w:ascii="Times New Roman" w:hAnsi="Times New Roman" w:cs="Times New Roman"/>
                <w:color w:val="000000" w:themeColor="text1"/>
                <w:sz w:val="20"/>
                <w:szCs w:val="20"/>
              </w:rPr>
            </w:pPr>
          </w:p>
        </w:tc>
        <w:tc>
          <w:tcPr>
            <w:tcW w:w="1020" w:type="dxa"/>
            <w:tcMar>
              <w:top w:w="120" w:type="dxa"/>
              <w:left w:w="120" w:type="dxa"/>
              <w:bottom w:w="120" w:type="dxa"/>
              <w:right w:w="120" w:type="dxa"/>
            </w:tcMar>
            <w:vAlign w:val="center"/>
          </w:tcPr>
          <w:p w14:paraId="1573306C" w14:textId="77777777" w:rsidR="00C75762" w:rsidRPr="00B175E3" w:rsidRDefault="00C75762" w:rsidP="009D1256">
            <w:pPr>
              <w:rPr>
                <w:rFonts w:ascii="Times New Roman" w:hAnsi="Times New Roman" w:cs="Times New Roman"/>
                <w:color w:val="000000" w:themeColor="text1"/>
                <w:sz w:val="20"/>
                <w:szCs w:val="20"/>
              </w:rPr>
            </w:pPr>
          </w:p>
        </w:tc>
        <w:tc>
          <w:tcPr>
            <w:tcW w:w="2268" w:type="dxa"/>
            <w:tcMar>
              <w:top w:w="120" w:type="dxa"/>
              <w:left w:w="120" w:type="dxa"/>
              <w:bottom w:w="120" w:type="dxa"/>
              <w:right w:w="120" w:type="dxa"/>
            </w:tcMar>
            <w:vAlign w:val="center"/>
          </w:tcPr>
          <w:p w14:paraId="7F155ED8" w14:textId="77777777" w:rsidR="00C75762" w:rsidRPr="00B175E3" w:rsidRDefault="00C75762" w:rsidP="009D1256">
            <w:pPr>
              <w:rPr>
                <w:rFonts w:ascii="Times New Roman" w:hAnsi="Times New Roman" w:cs="Times New Roman"/>
                <w:color w:val="000000" w:themeColor="text1"/>
                <w:sz w:val="20"/>
                <w:szCs w:val="20"/>
              </w:rPr>
            </w:pPr>
          </w:p>
        </w:tc>
      </w:tr>
    </w:tbl>
    <w:p w14:paraId="67FBDE0F" w14:textId="77777777" w:rsidR="00C75762" w:rsidRPr="00B175E3" w:rsidRDefault="00C75762" w:rsidP="00C75762">
      <w:pPr>
        <w:spacing w:after="80"/>
        <w:rPr>
          <w:rFonts w:ascii="Times New Roman" w:hAnsi="Times New Roman" w:cs="Times New Roman"/>
          <w:color w:val="000000" w:themeColor="text1"/>
          <w:sz w:val="20"/>
          <w:szCs w:val="20"/>
        </w:rPr>
      </w:pPr>
      <w:r w:rsidRPr="00B175E3">
        <w:rPr>
          <w:rFonts w:ascii="Times New Roman" w:hAnsi="Times New Roman" w:cs="Times New Roman"/>
          <w:b/>
          <w:color w:val="000000" w:themeColor="text1"/>
          <w:sz w:val="20"/>
          <w:szCs w:val="20"/>
        </w:rPr>
        <w:t>Danışman Onayı</w:t>
      </w:r>
    </w:p>
    <w:tbl>
      <w:tblPr>
        <w:tblW w:w="0" w:type="auto"/>
        <w:jc w:val="center"/>
        <w:tblBorders>
          <w:top w:val="single" w:sz="8" w:space="0" w:color="B7C9D6"/>
          <w:left w:val="single" w:sz="8" w:space="0" w:color="B7C9D6"/>
          <w:bottom w:val="single" w:sz="8" w:space="0" w:color="B7C9D6"/>
          <w:right w:val="single" w:sz="8" w:space="0" w:color="B7C9D6"/>
          <w:insideH w:val="single" w:sz="8" w:space="0" w:color="B7C9D6"/>
          <w:insideV w:val="single" w:sz="8" w:space="0" w:color="B7C9D6"/>
        </w:tblBorders>
        <w:tblLayout w:type="fixed"/>
        <w:tblLook w:val="04A0" w:firstRow="1" w:lastRow="0" w:firstColumn="1" w:lastColumn="0" w:noHBand="0" w:noVBand="1"/>
      </w:tblPr>
      <w:tblGrid>
        <w:gridCol w:w="4876"/>
        <w:gridCol w:w="4876"/>
      </w:tblGrid>
      <w:tr w:rsidR="00C75762" w:rsidRPr="00B175E3" w14:paraId="688F38EE" w14:textId="77777777" w:rsidTr="009D1256">
        <w:trPr>
          <w:jc w:val="center"/>
        </w:trPr>
        <w:tc>
          <w:tcPr>
            <w:tcW w:w="9752" w:type="dxa"/>
            <w:gridSpan w:val="2"/>
            <w:tcMar>
              <w:top w:w="120" w:type="dxa"/>
              <w:left w:w="120" w:type="dxa"/>
              <w:bottom w:w="120" w:type="dxa"/>
              <w:right w:w="120" w:type="dxa"/>
            </w:tcMar>
            <w:vAlign w:val="center"/>
          </w:tcPr>
          <w:p w14:paraId="4482CA14"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color w:val="000000" w:themeColor="text1"/>
                <w:sz w:val="20"/>
                <w:szCs w:val="20"/>
              </w:rPr>
              <w:t>Yukarıda belirtilen bilgilendirme toplantısı, belirtilen tarihte tarafımdan gerçekleştirilmiş olup toplantıya katılan öğrenciler danışmanlık süreci, hak ve sorumlulukları ile akademik işleyiş hakkında bilgilendirilmiştir.</w:t>
            </w:r>
          </w:p>
        </w:tc>
      </w:tr>
      <w:tr w:rsidR="00C75762" w:rsidRPr="00B175E3" w14:paraId="62C2653F" w14:textId="77777777" w:rsidTr="009D1256">
        <w:trPr>
          <w:jc w:val="center"/>
        </w:trPr>
        <w:tc>
          <w:tcPr>
            <w:tcW w:w="4876" w:type="dxa"/>
            <w:shd w:val="clear" w:color="auto" w:fill="F8FBFD"/>
            <w:tcMar>
              <w:top w:w="120" w:type="dxa"/>
              <w:left w:w="120" w:type="dxa"/>
              <w:bottom w:w="120" w:type="dxa"/>
              <w:right w:w="120" w:type="dxa"/>
            </w:tcMar>
            <w:vAlign w:val="center"/>
          </w:tcPr>
          <w:p w14:paraId="5987F03B"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b/>
                <w:color w:val="000000" w:themeColor="text1"/>
                <w:sz w:val="20"/>
                <w:szCs w:val="20"/>
              </w:rPr>
              <w:t>Danışmanın</w:t>
            </w:r>
            <w:r w:rsidRPr="00B175E3">
              <w:rPr>
                <w:rFonts w:ascii="Times New Roman" w:hAnsi="Times New Roman" w:cs="Times New Roman"/>
                <w:b/>
                <w:color w:val="000000" w:themeColor="text1"/>
                <w:sz w:val="20"/>
                <w:szCs w:val="20"/>
              </w:rPr>
              <w:br/>
            </w:r>
            <w:r w:rsidRPr="00B175E3">
              <w:rPr>
                <w:rFonts w:ascii="Times New Roman" w:hAnsi="Times New Roman" w:cs="Times New Roman"/>
                <w:color w:val="000000" w:themeColor="text1"/>
                <w:sz w:val="20"/>
                <w:szCs w:val="20"/>
              </w:rPr>
              <w:t>Adı Soyadı: ................................................</w:t>
            </w:r>
            <w:r w:rsidRPr="00B175E3">
              <w:rPr>
                <w:rFonts w:ascii="Times New Roman" w:hAnsi="Times New Roman" w:cs="Times New Roman"/>
                <w:color w:val="000000" w:themeColor="text1"/>
                <w:sz w:val="20"/>
                <w:szCs w:val="20"/>
              </w:rPr>
              <w:br/>
            </w:r>
            <w:r w:rsidRPr="00B175E3">
              <w:rPr>
                <w:rFonts w:ascii="Times New Roman" w:hAnsi="Times New Roman" w:cs="Times New Roman"/>
                <w:color w:val="000000" w:themeColor="text1"/>
                <w:sz w:val="20"/>
                <w:szCs w:val="20"/>
              </w:rPr>
              <w:br/>
              <w:t>İmza: ................................................</w:t>
            </w:r>
          </w:p>
        </w:tc>
        <w:tc>
          <w:tcPr>
            <w:tcW w:w="4876" w:type="dxa"/>
            <w:shd w:val="clear" w:color="auto" w:fill="F8FBFD"/>
            <w:tcMar>
              <w:top w:w="120" w:type="dxa"/>
              <w:left w:w="120" w:type="dxa"/>
              <w:bottom w:w="120" w:type="dxa"/>
              <w:right w:w="120" w:type="dxa"/>
            </w:tcMar>
            <w:vAlign w:val="center"/>
          </w:tcPr>
          <w:p w14:paraId="4F17E53E" w14:textId="77777777" w:rsidR="00C75762" w:rsidRPr="00B175E3" w:rsidRDefault="00C75762" w:rsidP="009D1256">
            <w:pPr>
              <w:rPr>
                <w:rFonts w:ascii="Times New Roman" w:hAnsi="Times New Roman" w:cs="Times New Roman"/>
                <w:color w:val="000000" w:themeColor="text1"/>
                <w:sz w:val="20"/>
                <w:szCs w:val="20"/>
              </w:rPr>
            </w:pPr>
            <w:r w:rsidRPr="00B175E3">
              <w:rPr>
                <w:rFonts w:ascii="Times New Roman" w:hAnsi="Times New Roman" w:cs="Times New Roman"/>
                <w:b/>
                <w:color w:val="000000" w:themeColor="text1"/>
                <w:sz w:val="20"/>
                <w:szCs w:val="20"/>
              </w:rPr>
              <w:t>Tarih</w:t>
            </w:r>
            <w:r w:rsidRPr="00B175E3">
              <w:rPr>
                <w:rFonts w:ascii="Times New Roman" w:hAnsi="Times New Roman" w:cs="Times New Roman"/>
                <w:b/>
                <w:color w:val="000000" w:themeColor="text1"/>
                <w:sz w:val="20"/>
                <w:szCs w:val="20"/>
              </w:rPr>
              <w:br/>
            </w:r>
            <w:r w:rsidRPr="00B175E3">
              <w:rPr>
                <w:rFonts w:ascii="Times New Roman" w:hAnsi="Times New Roman" w:cs="Times New Roman"/>
                <w:color w:val="000000" w:themeColor="text1"/>
                <w:sz w:val="20"/>
                <w:szCs w:val="20"/>
              </w:rPr>
              <w:t>...... / ...... / 20......</w:t>
            </w:r>
            <w:r w:rsidRPr="00B175E3">
              <w:rPr>
                <w:rFonts w:ascii="Times New Roman" w:hAnsi="Times New Roman" w:cs="Times New Roman"/>
                <w:color w:val="000000" w:themeColor="text1"/>
                <w:sz w:val="20"/>
                <w:szCs w:val="20"/>
              </w:rPr>
              <w:br/>
            </w:r>
            <w:r w:rsidRPr="00B175E3">
              <w:rPr>
                <w:rFonts w:ascii="Times New Roman" w:hAnsi="Times New Roman" w:cs="Times New Roman"/>
                <w:color w:val="000000" w:themeColor="text1"/>
                <w:sz w:val="20"/>
                <w:szCs w:val="20"/>
              </w:rPr>
              <w:br/>
            </w:r>
            <w:r w:rsidRPr="00B175E3">
              <w:rPr>
                <w:rFonts w:ascii="Times New Roman" w:hAnsi="Times New Roman" w:cs="Times New Roman"/>
                <w:b/>
                <w:color w:val="000000" w:themeColor="text1"/>
                <w:sz w:val="20"/>
                <w:szCs w:val="20"/>
              </w:rPr>
              <w:t>İmza</w:t>
            </w:r>
            <w:r w:rsidRPr="00B175E3">
              <w:rPr>
                <w:rFonts w:ascii="Times New Roman" w:hAnsi="Times New Roman" w:cs="Times New Roman"/>
                <w:b/>
                <w:color w:val="000000" w:themeColor="text1"/>
                <w:sz w:val="20"/>
                <w:szCs w:val="20"/>
              </w:rPr>
              <w:br/>
            </w:r>
            <w:r w:rsidRPr="00B175E3">
              <w:rPr>
                <w:rFonts w:ascii="Times New Roman" w:hAnsi="Times New Roman" w:cs="Times New Roman"/>
                <w:color w:val="000000" w:themeColor="text1"/>
                <w:sz w:val="20"/>
                <w:szCs w:val="20"/>
              </w:rPr>
              <w:t>................................................</w:t>
            </w:r>
          </w:p>
        </w:tc>
      </w:tr>
    </w:tbl>
    <w:p w14:paraId="56B3070A" w14:textId="77777777" w:rsidR="00C75762" w:rsidRPr="00B175E3" w:rsidRDefault="00C75762" w:rsidP="00C75762">
      <w:pPr>
        <w:spacing w:before="80"/>
        <w:rPr>
          <w:rFonts w:ascii="Times New Roman" w:hAnsi="Times New Roman" w:cs="Times New Roman"/>
          <w:color w:val="000000" w:themeColor="text1"/>
          <w:sz w:val="20"/>
          <w:szCs w:val="20"/>
        </w:rPr>
      </w:pPr>
      <w:r w:rsidRPr="00B175E3">
        <w:rPr>
          <w:rFonts w:ascii="Times New Roman" w:hAnsi="Times New Roman" w:cs="Times New Roman"/>
          <w:i/>
          <w:color w:val="000000" w:themeColor="text1"/>
          <w:sz w:val="20"/>
          <w:szCs w:val="20"/>
        </w:rPr>
        <w:t>Not: Bu tutanak ilgili danışman tarafından muhafaza edilir ve gerektiğinde bölüm başkanlığı, dekanlık veya ilgili komisyonlara sunulur.</w:t>
      </w:r>
      <w:r w:rsidRPr="00B175E3">
        <w:rPr>
          <w:rFonts w:ascii="Times New Roman" w:hAnsi="Times New Roman" w:cs="Times New Roman"/>
          <w:i/>
          <w:color w:val="000000" w:themeColor="text1"/>
          <w:sz w:val="20"/>
          <w:szCs w:val="20"/>
        </w:rPr>
        <w:br/>
        <w:t>Dayanak: İstanbul Yeni Yüzyıl Üniversitesi Öğrenci Danışmanlık Yönergesi.</w:t>
      </w:r>
    </w:p>
    <w:p w14:paraId="153871D2" w14:textId="77777777" w:rsidR="000A22B0" w:rsidRPr="00332C82" w:rsidRDefault="000A22B0">
      <w:pPr>
        <w:rPr>
          <w:rFonts w:ascii="Times New Roman" w:hAnsi="Times New Roman" w:cs="Times New Roman"/>
          <w:color w:val="000000" w:themeColor="text1"/>
        </w:rPr>
      </w:pPr>
    </w:p>
    <w:sectPr w:rsidR="000A22B0" w:rsidRPr="00332C82" w:rsidSect="00034616">
      <w:headerReference w:type="default" r:id="rId8"/>
      <w:pgSz w:w="12240" w:h="15840"/>
      <w:pgMar w:top="1020" w:right="1020" w:bottom="1020"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6A0DB" w14:textId="77777777" w:rsidR="00305E0A" w:rsidRDefault="00305E0A" w:rsidP="00334745">
      <w:pPr>
        <w:spacing w:after="0" w:line="240" w:lineRule="auto"/>
      </w:pPr>
      <w:r>
        <w:separator/>
      </w:r>
    </w:p>
  </w:endnote>
  <w:endnote w:type="continuationSeparator" w:id="0">
    <w:p w14:paraId="210A7C46" w14:textId="77777777" w:rsidR="00305E0A" w:rsidRDefault="00305E0A" w:rsidP="003347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A424A8" w14:textId="77777777" w:rsidR="00305E0A" w:rsidRDefault="00305E0A" w:rsidP="00334745">
      <w:pPr>
        <w:spacing w:after="0" w:line="240" w:lineRule="auto"/>
      </w:pPr>
      <w:r>
        <w:separator/>
      </w:r>
    </w:p>
  </w:footnote>
  <w:footnote w:type="continuationSeparator" w:id="0">
    <w:p w14:paraId="63B86A49" w14:textId="77777777" w:rsidR="00305E0A" w:rsidRDefault="00305E0A" w:rsidP="003347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0868A" w14:textId="49D970EE" w:rsidR="00334745" w:rsidRDefault="00334745" w:rsidP="00334745">
    <w:pPr>
      <w:pStyle w:val="stBilgi"/>
      <w:tabs>
        <w:tab w:val="center" w:pos="5100"/>
        <w:tab w:val="left" w:pos="8250"/>
      </w:tabs>
      <w:jc w:val="center"/>
    </w:pPr>
    <w:r w:rsidRPr="00B175E3">
      <w:rPr>
        <w:rFonts w:ascii="Times New Roman" w:hAnsi="Times New Roman" w:cs="Times New Roman"/>
        <w:noProof/>
        <w:color w:val="000000" w:themeColor="text1"/>
        <w:sz w:val="20"/>
        <w:szCs w:val="20"/>
      </w:rPr>
      <w:drawing>
        <wp:inline distT="0" distB="0" distL="0" distR="0" wp14:anchorId="1D7BB806" wp14:editId="19395D0B">
          <wp:extent cx="819150" cy="81915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9150" cy="8191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1708794226">
    <w:abstractNumId w:val="8"/>
  </w:num>
  <w:num w:numId="2" w16cid:durableId="413287996">
    <w:abstractNumId w:val="6"/>
  </w:num>
  <w:num w:numId="3" w16cid:durableId="1935355695">
    <w:abstractNumId w:val="5"/>
  </w:num>
  <w:num w:numId="4" w16cid:durableId="360398893">
    <w:abstractNumId w:val="4"/>
  </w:num>
  <w:num w:numId="5" w16cid:durableId="690377459">
    <w:abstractNumId w:val="7"/>
  </w:num>
  <w:num w:numId="6" w16cid:durableId="943879853">
    <w:abstractNumId w:val="3"/>
  </w:num>
  <w:num w:numId="7" w16cid:durableId="1833789913">
    <w:abstractNumId w:val="2"/>
  </w:num>
  <w:num w:numId="8" w16cid:durableId="1519006248">
    <w:abstractNumId w:val="1"/>
  </w:num>
  <w:num w:numId="9" w16cid:durableId="14212200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22B0"/>
    <w:rsid w:val="000E00D0"/>
    <w:rsid w:val="0015074B"/>
    <w:rsid w:val="0029639D"/>
    <w:rsid w:val="00305E0A"/>
    <w:rsid w:val="00326F90"/>
    <w:rsid w:val="00332C82"/>
    <w:rsid w:val="00334745"/>
    <w:rsid w:val="00642C42"/>
    <w:rsid w:val="00670D95"/>
    <w:rsid w:val="007A2A95"/>
    <w:rsid w:val="007C452C"/>
    <w:rsid w:val="00874027"/>
    <w:rsid w:val="0088472E"/>
    <w:rsid w:val="009A0BE9"/>
    <w:rsid w:val="00A03012"/>
    <w:rsid w:val="00AA1D8D"/>
    <w:rsid w:val="00B47730"/>
    <w:rsid w:val="00C75762"/>
    <w:rsid w:val="00CB0664"/>
    <w:rsid w:val="00CB2366"/>
    <w:rsid w:val="00D12594"/>
    <w:rsid w:val="00EA072D"/>
    <w:rsid w:val="00EA23ED"/>
    <w:rsid w:val="00F84369"/>
    <w:rsid w:val="00F9119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1CDF3C4"/>
  <w14:defaultImageDpi w14:val="300"/>
  <w15:docId w15:val="{D83A1728-644B-4991-80E7-C6C090595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sz w:val="21"/>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Pages>
  <Words>948</Words>
  <Characters>5406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6342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Şafak Ece</cp:lastModifiedBy>
  <cp:revision>11</cp:revision>
  <dcterms:created xsi:type="dcterms:W3CDTF">2026-03-30T11:53:00Z</dcterms:created>
  <dcterms:modified xsi:type="dcterms:W3CDTF">2026-04-17T10:56:00Z</dcterms:modified>
  <cp:category/>
</cp:coreProperties>
</file>